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03F27" w14:textId="143922A9" w:rsidR="00756237" w:rsidRPr="000D2AAB" w:rsidRDefault="00000000" w:rsidP="00910BB6">
      <w:pPr>
        <w:jc w:val="center"/>
        <w:rPr>
          <w:rFonts w:asciiTheme="majorHAnsi" w:hAnsiTheme="majorHAnsi" w:cstheme="majorHAnsi"/>
          <w:sz w:val="44"/>
          <w:szCs w:val="44"/>
          <w:lang w:val="it-IT"/>
        </w:rPr>
      </w:pPr>
      <w:r w:rsidRPr="000D2AAB">
        <w:rPr>
          <w:rFonts w:asciiTheme="majorHAnsi" w:hAnsiTheme="majorHAnsi" w:cstheme="majorHAnsi"/>
          <w:b/>
          <w:sz w:val="44"/>
          <w:szCs w:val="44"/>
          <w:lang w:val="it-IT"/>
        </w:rPr>
        <w:t>FONDAZIONE GIUSEPPE ROI ETS</w:t>
      </w:r>
    </w:p>
    <w:p w14:paraId="3D2396CE" w14:textId="6EF374A6" w:rsidR="00756237" w:rsidRPr="000D2AAB" w:rsidRDefault="00000000" w:rsidP="00910BB6">
      <w:pPr>
        <w:jc w:val="center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b/>
          <w:sz w:val="24"/>
          <w:lang w:val="it-IT"/>
        </w:rPr>
        <w:t>BANDO PER LA CONCESSIONE DI CONTRIBUTI A PROGETTI CULTURALI – ANNO 2026</w:t>
      </w:r>
    </w:p>
    <w:p w14:paraId="195D3C4C" w14:textId="77777777" w:rsidR="00756237" w:rsidRPr="000D2AAB" w:rsidRDefault="00000000" w:rsidP="00910BB6">
      <w:pPr>
        <w:jc w:val="center"/>
        <w:rPr>
          <w:rFonts w:asciiTheme="majorHAnsi" w:hAnsiTheme="majorHAnsi" w:cstheme="majorHAnsi"/>
          <w:b/>
          <w:sz w:val="24"/>
          <w:lang w:val="it-IT"/>
        </w:rPr>
      </w:pPr>
      <w:r w:rsidRPr="000D2AAB">
        <w:rPr>
          <w:rFonts w:asciiTheme="majorHAnsi" w:hAnsiTheme="majorHAnsi" w:cstheme="majorHAnsi"/>
          <w:b/>
          <w:sz w:val="24"/>
          <w:lang w:val="it-IT"/>
        </w:rPr>
        <w:t>MODELLO DI RENDICONTAZIONE FINALE (RELAZIONE + RENDICONTO ECONOMICO + MATERIALI)</w:t>
      </w:r>
    </w:p>
    <w:tbl>
      <w:tblPr>
        <w:tblStyle w:val="Grigliatabella"/>
        <w:tblW w:w="1003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2943"/>
        <w:gridCol w:w="7088"/>
      </w:tblGrid>
      <w:tr w:rsidR="00910BB6" w:rsidRPr="000D2AAB" w14:paraId="1755CA8E" w14:textId="77777777" w:rsidTr="00910BB6">
        <w:trPr>
          <w:trHeight w:val="291"/>
        </w:trPr>
        <w:tc>
          <w:tcPr>
            <w:tcW w:w="2943" w:type="dxa"/>
            <w:shd w:val="clear" w:color="auto" w:fill="EEECE1" w:themeFill="background2"/>
          </w:tcPr>
          <w:p w14:paraId="7E799A38" w14:textId="3A1B653F" w:rsidR="00910BB6" w:rsidRPr="000D2AAB" w:rsidRDefault="00910BB6" w:rsidP="00FF149E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Ultima Revisione</w:t>
            </w:r>
          </w:p>
        </w:tc>
        <w:tc>
          <w:tcPr>
            <w:tcW w:w="7088" w:type="dxa"/>
            <w:shd w:val="clear" w:color="auto" w:fill="EEECE1" w:themeFill="background2"/>
          </w:tcPr>
          <w:p w14:paraId="1A1E4BFC" w14:textId="19DE4695" w:rsidR="00910BB6" w:rsidRPr="000D2AAB" w:rsidRDefault="00910BB6" w:rsidP="00FF149E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16 Aprile 2026</w:t>
            </w:r>
          </w:p>
        </w:tc>
      </w:tr>
      <w:tr w:rsidR="00910BB6" w:rsidRPr="000D2AAB" w14:paraId="2C6A5927" w14:textId="77777777" w:rsidTr="00910BB6">
        <w:trPr>
          <w:trHeight w:val="291"/>
        </w:trPr>
        <w:tc>
          <w:tcPr>
            <w:tcW w:w="2943" w:type="dxa"/>
            <w:shd w:val="clear" w:color="auto" w:fill="EEECE1" w:themeFill="background2"/>
          </w:tcPr>
          <w:p w14:paraId="1570D6B4" w14:textId="1A009F03" w:rsidR="00910BB6" w:rsidRPr="000D2AAB" w:rsidRDefault="00910BB6" w:rsidP="00FF149E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Autore</w:t>
            </w:r>
            <w:r w:rsidR="00625DF3" w:rsidRPr="000D2AAB">
              <w:rPr>
                <w:rFonts w:asciiTheme="majorHAnsi" w:hAnsiTheme="majorHAnsi" w:cstheme="majorHAnsi"/>
                <w:b/>
                <w:bCs/>
              </w:rPr>
              <w:t xml:space="preserve"> del documento</w:t>
            </w:r>
          </w:p>
        </w:tc>
        <w:tc>
          <w:tcPr>
            <w:tcW w:w="7088" w:type="dxa"/>
            <w:shd w:val="clear" w:color="auto" w:fill="EEECE1" w:themeFill="background2"/>
          </w:tcPr>
          <w:p w14:paraId="24E97CED" w14:textId="41B32F93" w:rsidR="00910BB6" w:rsidRPr="000D2AAB" w:rsidRDefault="00910BB6" w:rsidP="00FF149E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Daniele Dalla Costa</w:t>
            </w:r>
          </w:p>
        </w:tc>
      </w:tr>
    </w:tbl>
    <w:p w14:paraId="1814D603" w14:textId="7262DE45" w:rsidR="004E0695" w:rsidRPr="000D2AAB" w:rsidRDefault="00625DF3" w:rsidP="004E0695">
      <w:pPr>
        <w:pBdr>
          <w:bottom w:val="single" w:sz="12" w:space="1" w:color="auto"/>
        </w:pBdr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 xml:space="preserve"> </w:t>
      </w:r>
    </w:p>
    <w:p w14:paraId="3F729FCC" w14:textId="77777777" w:rsidR="004E0695" w:rsidRPr="000D2AAB" w:rsidRDefault="004E0695">
      <w:pPr>
        <w:rPr>
          <w:rFonts w:asciiTheme="majorHAnsi" w:hAnsiTheme="majorHAnsi" w:cstheme="majorHAnsi"/>
          <w:lang w:val="it-IT"/>
        </w:rPr>
        <w:sectPr w:rsidR="004E0695" w:rsidRPr="000D2AAB" w:rsidSect="00910BB6">
          <w:footerReference w:type="default" r:id="rId8"/>
          <w:pgSz w:w="12240" w:h="15840"/>
          <w:pgMar w:top="1134" w:right="1134" w:bottom="1134" w:left="1134" w:header="397" w:footer="283" w:gutter="0"/>
          <w:cols w:space="720"/>
          <w:docGrid w:linePitch="360"/>
        </w:sectPr>
      </w:pPr>
    </w:p>
    <w:p w14:paraId="28DEF2D2" w14:textId="77777777" w:rsidR="00756237" w:rsidRPr="000D2AAB" w:rsidRDefault="00756237">
      <w:pPr>
        <w:rPr>
          <w:rFonts w:asciiTheme="majorHAnsi" w:hAnsiTheme="majorHAnsi" w:cstheme="majorHAnsi"/>
          <w:lang w:val="it-IT"/>
        </w:rPr>
      </w:pPr>
    </w:p>
    <w:p w14:paraId="0C163982" w14:textId="77777777" w:rsidR="00756237" w:rsidRPr="000D2AAB" w:rsidRDefault="00000000">
      <w:pPr>
        <w:rPr>
          <w:rFonts w:asciiTheme="majorHAnsi" w:hAnsiTheme="majorHAnsi" w:cstheme="majorHAnsi"/>
          <w:sz w:val="28"/>
          <w:szCs w:val="28"/>
          <w:lang w:val="it-IT"/>
        </w:rPr>
      </w:pPr>
      <w:r w:rsidRPr="000D2AAB">
        <w:rPr>
          <w:rFonts w:asciiTheme="majorHAnsi" w:hAnsiTheme="majorHAnsi" w:cstheme="majorHAnsi"/>
          <w:b/>
          <w:sz w:val="28"/>
          <w:szCs w:val="28"/>
          <w:lang w:val="it-IT"/>
        </w:rPr>
        <w:t>Istruzioni sintetiche per la compilazione</w:t>
      </w:r>
    </w:p>
    <w:p w14:paraId="4BA8F430" w14:textId="09A87A26" w:rsidR="00756237" w:rsidRPr="000D2AAB" w:rsidRDefault="00000000" w:rsidP="00910BB6">
      <w:pPr>
        <w:ind w:left="284" w:hanging="142"/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 xml:space="preserve">• Compilare tutti i campi tra parentesi quadre [ ]. Se una sezione non è pertinente, </w:t>
      </w:r>
      <w:r w:rsidR="009B0F0D">
        <w:rPr>
          <w:rFonts w:asciiTheme="majorHAnsi" w:hAnsiTheme="majorHAnsi" w:cstheme="majorHAnsi"/>
          <w:lang w:val="it-IT"/>
        </w:rPr>
        <w:t xml:space="preserve">lasciare vuota o </w:t>
      </w:r>
      <w:r w:rsidRPr="000D2AAB">
        <w:rPr>
          <w:rFonts w:asciiTheme="majorHAnsi" w:hAnsiTheme="majorHAnsi" w:cstheme="majorHAnsi"/>
          <w:lang w:val="it-IT"/>
        </w:rPr>
        <w:t>indicare “N/A”.</w:t>
      </w:r>
    </w:p>
    <w:p w14:paraId="2BACA59D" w14:textId="243FD5E4" w:rsidR="00756237" w:rsidRPr="000D2AAB" w:rsidRDefault="00000000" w:rsidP="00910BB6">
      <w:pPr>
        <w:ind w:left="284" w:hanging="142"/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• Trasmettere la rendicontazione entro 60 giorni dalla conclusione del progetto</w:t>
      </w:r>
      <w:r w:rsidR="004E0695" w:rsidRPr="000D2AAB">
        <w:rPr>
          <w:rFonts w:asciiTheme="majorHAnsi" w:hAnsiTheme="majorHAnsi" w:cstheme="majorHAnsi"/>
          <w:lang w:val="it-IT"/>
        </w:rPr>
        <w:t>.</w:t>
      </w:r>
    </w:p>
    <w:p w14:paraId="195A3927" w14:textId="77777777" w:rsidR="00756237" w:rsidRPr="000D2AAB" w:rsidRDefault="00000000" w:rsidP="00910BB6">
      <w:pPr>
        <w:ind w:left="284" w:hanging="142"/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• Allegare i giustificativi di spesa e le evidenze di pagamento (quietanze/prove di pagamento) per le spese imputate al progetto e, in particolare, alla quota coperta dal contributo della Fondazione.</w:t>
      </w:r>
    </w:p>
    <w:p w14:paraId="3B8CB5D5" w14:textId="77777777" w:rsidR="00756237" w:rsidRPr="000D2AAB" w:rsidRDefault="00000000" w:rsidP="00910BB6">
      <w:pPr>
        <w:ind w:left="284" w:hanging="142"/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• Eventuali variazioni sostanziali di attività, tempi o budget devono essere preventivamente comunicate e concordate con la Fondazione.</w:t>
      </w:r>
    </w:p>
    <w:p w14:paraId="20287211" w14:textId="77777777" w:rsidR="00756237" w:rsidRPr="000D2AAB" w:rsidRDefault="00756237">
      <w:pPr>
        <w:rPr>
          <w:rFonts w:asciiTheme="majorHAnsi" w:hAnsiTheme="majorHAnsi" w:cstheme="majorHAnsi"/>
          <w:lang w:val="it-IT"/>
        </w:rPr>
      </w:pPr>
    </w:p>
    <w:p w14:paraId="4AACA6CE" w14:textId="77777777" w:rsidR="00756237" w:rsidRPr="000D2AAB" w:rsidRDefault="00000000">
      <w:pPr>
        <w:rPr>
          <w:rFonts w:asciiTheme="majorHAnsi" w:hAnsiTheme="majorHAnsi" w:cstheme="majorHAnsi"/>
          <w:sz w:val="28"/>
          <w:szCs w:val="28"/>
        </w:rPr>
      </w:pPr>
      <w:r w:rsidRPr="000D2AAB">
        <w:rPr>
          <w:rFonts w:asciiTheme="majorHAnsi" w:hAnsiTheme="majorHAnsi" w:cstheme="majorHAnsi"/>
          <w:b/>
          <w:sz w:val="28"/>
          <w:szCs w:val="28"/>
        </w:rPr>
        <w:t>A. DATI DELL’ENTE BENEFICIARIO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986"/>
        <w:gridCol w:w="4986"/>
      </w:tblGrid>
      <w:tr w:rsidR="00756237" w:rsidRPr="000D2AAB" w14:paraId="5B681C28" w14:textId="77777777" w:rsidTr="008A6BD9">
        <w:tc>
          <w:tcPr>
            <w:tcW w:w="4986" w:type="dxa"/>
            <w:shd w:val="clear" w:color="auto" w:fill="EEECE1" w:themeFill="background2"/>
          </w:tcPr>
          <w:p w14:paraId="5C880241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permStart w:id="1249931590" w:edGrp="everyone" w:colFirst="1" w:colLast="1"/>
            <w:r w:rsidRPr="000D2AAB">
              <w:rPr>
                <w:rFonts w:asciiTheme="majorHAnsi" w:hAnsiTheme="majorHAnsi" w:cstheme="majorHAnsi"/>
                <w:b/>
                <w:bCs/>
              </w:rPr>
              <w:t>Denominazione ente/associazione</w:t>
            </w:r>
          </w:p>
        </w:tc>
        <w:tc>
          <w:tcPr>
            <w:tcW w:w="4986" w:type="dxa"/>
            <w:shd w:val="clear" w:color="auto" w:fill="EEECE1" w:themeFill="background2"/>
          </w:tcPr>
          <w:p w14:paraId="68CB5426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9000B2" w14:paraId="3335C3B0" w14:textId="77777777" w:rsidTr="008A6BD9">
        <w:tc>
          <w:tcPr>
            <w:tcW w:w="4986" w:type="dxa"/>
            <w:shd w:val="clear" w:color="auto" w:fill="EEECE1" w:themeFill="background2"/>
          </w:tcPr>
          <w:p w14:paraId="440D0904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permStart w:id="323183092" w:edGrp="everyone" w:colFirst="1" w:colLast="1"/>
            <w:permEnd w:id="1249931590"/>
            <w:r w:rsidRPr="000D2AAB">
              <w:rPr>
                <w:rFonts w:asciiTheme="majorHAnsi" w:hAnsiTheme="majorHAnsi" w:cstheme="majorHAnsi"/>
                <w:b/>
                <w:bCs/>
              </w:rPr>
              <w:t>Forma giuridica</w:t>
            </w:r>
          </w:p>
        </w:tc>
        <w:tc>
          <w:tcPr>
            <w:tcW w:w="4986" w:type="dxa"/>
            <w:shd w:val="clear" w:color="auto" w:fill="EEECE1" w:themeFill="background2"/>
          </w:tcPr>
          <w:p w14:paraId="431FBA2A" w14:textId="77777777" w:rsidR="00756237" w:rsidRPr="000D2AAB" w:rsidRDefault="00000000">
            <w:pPr>
              <w:rPr>
                <w:rFonts w:asciiTheme="majorHAnsi" w:hAnsiTheme="majorHAnsi" w:cstheme="majorHAnsi"/>
                <w:lang w:val="it-IT"/>
              </w:rPr>
            </w:pPr>
            <w:r w:rsidRPr="000D2AAB">
              <w:rPr>
                <w:rFonts w:asciiTheme="majorHAnsi" w:hAnsiTheme="majorHAnsi" w:cstheme="majorHAnsi"/>
                <w:lang w:val="it-IT"/>
              </w:rPr>
              <w:t>[es. ETS/APS/ODV/Fondazione/Ente pubblico/Altro]</w:t>
            </w:r>
          </w:p>
        </w:tc>
      </w:tr>
      <w:tr w:rsidR="00756237" w:rsidRPr="000D2AAB" w14:paraId="0CF4F928" w14:textId="77777777" w:rsidTr="008A6BD9">
        <w:tc>
          <w:tcPr>
            <w:tcW w:w="4986" w:type="dxa"/>
            <w:shd w:val="clear" w:color="auto" w:fill="EEECE1" w:themeFill="background2"/>
          </w:tcPr>
          <w:p w14:paraId="30A0F607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permStart w:id="1795500377" w:edGrp="everyone" w:colFirst="1" w:colLast="1"/>
            <w:permEnd w:id="323183092"/>
            <w:proofErr w:type="spellStart"/>
            <w:r w:rsidRPr="000D2AAB">
              <w:rPr>
                <w:rFonts w:asciiTheme="majorHAnsi" w:hAnsiTheme="majorHAnsi" w:cstheme="majorHAnsi"/>
                <w:b/>
                <w:bCs/>
              </w:rPr>
              <w:t>Codice</w:t>
            </w:r>
            <w:proofErr w:type="spellEnd"/>
            <w:r w:rsidRPr="000D2AAB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proofErr w:type="spellStart"/>
            <w:r w:rsidRPr="000D2AAB">
              <w:rPr>
                <w:rFonts w:asciiTheme="majorHAnsi" w:hAnsiTheme="majorHAnsi" w:cstheme="majorHAnsi"/>
                <w:b/>
                <w:bCs/>
              </w:rPr>
              <w:t>fiscale</w:t>
            </w:r>
            <w:proofErr w:type="spellEnd"/>
            <w:r w:rsidRPr="000D2AAB">
              <w:rPr>
                <w:rFonts w:asciiTheme="majorHAnsi" w:hAnsiTheme="majorHAnsi" w:cstheme="majorHAnsi"/>
                <w:b/>
                <w:bCs/>
              </w:rPr>
              <w:t xml:space="preserve"> / Partita IVA</w:t>
            </w:r>
          </w:p>
        </w:tc>
        <w:tc>
          <w:tcPr>
            <w:tcW w:w="4986" w:type="dxa"/>
            <w:shd w:val="clear" w:color="auto" w:fill="EEECE1" w:themeFill="background2"/>
          </w:tcPr>
          <w:p w14:paraId="2A0B4223" w14:textId="459A0B60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227153A3" w14:textId="77777777" w:rsidTr="008A6BD9">
        <w:tc>
          <w:tcPr>
            <w:tcW w:w="4986" w:type="dxa"/>
            <w:shd w:val="clear" w:color="auto" w:fill="EEECE1" w:themeFill="background2"/>
          </w:tcPr>
          <w:p w14:paraId="2D072F1A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  <w:lang w:val="it-IT"/>
              </w:rPr>
            </w:pPr>
            <w:permStart w:id="228156736" w:edGrp="everyone" w:colFirst="1" w:colLast="1"/>
            <w:permEnd w:id="1795500377"/>
            <w:r w:rsidRPr="000D2AAB">
              <w:rPr>
                <w:rFonts w:asciiTheme="majorHAnsi" w:hAnsiTheme="majorHAnsi" w:cstheme="majorHAnsi"/>
                <w:b/>
                <w:bCs/>
                <w:lang w:val="it-IT"/>
              </w:rPr>
              <w:t>RUNTS (se ETS): sezione e n. repertorio</w:t>
            </w:r>
          </w:p>
        </w:tc>
        <w:tc>
          <w:tcPr>
            <w:tcW w:w="4986" w:type="dxa"/>
            <w:shd w:val="clear" w:color="auto" w:fill="EEECE1" w:themeFill="background2"/>
          </w:tcPr>
          <w:p w14:paraId="07A6BB6F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5E20C3D3" w14:textId="77777777" w:rsidTr="008A6BD9">
        <w:tc>
          <w:tcPr>
            <w:tcW w:w="4986" w:type="dxa"/>
            <w:shd w:val="clear" w:color="auto" w:fill="EEECE1" w:themeFill="background2"/>
          </w:tcPr>
          <w:p w14:paraId="70A26489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  <w:lang w:val="it-IT"/>
              </w:rPr>
            </w:pPr>
            <w:permStart w:id="1532584077" w:edGrp="everyone" w:colFirst="1" w:colLast="1"/>
            <w:permEnd w:id="228156736"/>
            <w:r w:rsidRPr="000D2AAB">
              <w:rPr>
                <w:rFonts w:asciiTheme="majorHAnsi" w:hAnsiTheme="majorHAnsi" w:cstheme="majorHAnsi"/>
                <w:b/>
                <w:bCs/>
                <w:lang w:val="it-IT"/>
              </w:rPr>
              <w:t>Sede legale (indirizzo, CAP, Comune, Prov.)</w:t>
            </w:r>
          </w:p>
        </w:tc>
        <w:tc>
          <w:tcPr>
            <w:tcW w:w="4986" w:type="dxa"/>
            <w:shd w:val="clear" w:color="auto" w:fill="EEECE1" w:themeFill="background2"/>
          </w:tcPr>
          <w:p w14:paraId="20F7D12F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60A33F0C" w14:textId="77777777" w:rsidTr="008A6BD9">
        <w:tc>
          <w:tcPr>
            <w:tcW w:w="4986" w:type="dxa"/>
            <w:shd w:val="clear" w:color="auto" w:fill="EEECE1" w:themeFill="background2"/>
          </w:tcPr>
          <w:p w14:paraId="2A0567FF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permStart w:id="548749199" w:edGrp="everyone" w:colFirst="1" w:colLast="1"/>
            <w:permEnd w:id="1532584077"/>
            <w:r w:rsidRPr="000D2AAB">
              <w:rPr>
                <w:rFonts w:asciiTheme="majorHAnsi" w:hAnsiTheme="majorHAnsi" w:cstheme="majorHAnsi"/>
                <w:b/>
                <w:bCs/>
              </w:rPr>
              <w:t>PEC</w:t>
            </w:r>
          </w:p>
        </w:tc>
        <w:tc>
          <w:tcPr>
            <w:tcW w:w="4986" w:type="dxa"/>
            <w:shd w:val="clear" w:color="auto" w:fill="EEECE1" w:themeFill="background2"/>
          </w:tcPr>
          <w:p w14:paraId="2C735C28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2AEA8B36" w14:textId="77777777" w:rsidTr="008A6BD9">
        <w:tc>
          <w:tcPr>
            <w:tcW w:w="4986" w:type="dxa"/>
            <w:shd w:val="clear" w:color="auto" w:fill="EEECE1" w:themeFill="background2"/>
          </w:tcPr>
          <w:p w14:paraId="71B6AB5D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  <w:lang w:val="it-IT"/>
              </w:rPr>
            </w:pPr>
            <w:permStart w:id="834367896" w:edGrp="everyone" w:colFirst="1" w:colLast="1"/>
            <w:permEnd w:id="548749199"/>
            <w:r w:rsidRPr="000D2AAB">
              <w:rPr>
                <w:rFonts w:asciiTheme="majorHAnsi" w:hAnsiTheme="majorHAnsi" w:cstheme="majorHAnsi"/>
                <w:b/>
                <w:bCs/>
                <w:lang w:val="it-IT"/>
              </w:rPr>
              <w:t>Referente progetto (nome, ruolo, email, telefono)</w:t>
            </w:r>
          </w:p>
        </w:tc>
        <w:tc>
          <w:tcPr>
            <w:tcW w:w="4986" w:type="dxa"/>
            <w:shd w:val="clear" w:color="auto" w:fill="EEECE1" w:themeFill="background2"/>
          </w:tcPr>
          <w:p w14:paraId="07D9003B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60843AF6" w14:textId="77777777" w:rsidTr="008A6BD9">
        <w:tc>
          <w:tcPr>
            <w:tcW w:w="4986" w:type="dxa"/>
            <w:shd w:val="clear" w:color="auto" w:fill="EEECE1" w:themeFill="background2"/>
          </w:tcPr>
          <w:p w14:paraId="02EB5DCE" w14:textId="20281415" w:rsidR="00756237" w:rsidRPr="000D2AAB" w:rsidRDefault="00000000">
            <w:pPr>
              <w:rPr>
                <w:rFonts w:asciiTheme="majorHAnsi" w:hAnsiTheme="majorHAnsi" w:cstheme="majorHAnsi"/>
                <w:b/>
                <w:bCs/>
                <w:lang w:val="it-IT"/>
              </w:rPr>
            </w:pPr>
            <w:permStart w:id="172035155" w:edGrp="everyone" w:colFirst="1" w:colLast="1"/>
            <w:permEnd w:id="834367896"/>
            <w:r w:rsidRPr="000D2AAB">
              <w:rPr>
                <w:rFonts w:asciiTheme="majorHAnsi" w:hAnsiTheme="majorHAnsi" w:cstheme="majorHAnsi"/>
                <w:b/>
                <w:bCs/>
                <w:lang w:val="it-IT"/>
              </w:rPr>
              <w:t>Legale rappresentante (nome )</w:t>
            </w:r>
          </w:p>
        </w:tc>
        <w:tc>
          <w:tcPr>
            <w:tcW w:w="4986" w:type="dxa"/>
            <w:shd w:val="clear" w:color="auto" w:fill="EEECE1" w:themeFill="background2"/>
          </w:tcPr>
          <w:p w14:paraId="1A7A4A61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permEnd w:id="172035155"/>
    </w:tbl>
    <w:p w14:paraId="4BD6EA66" w14:textId="77777777" w:rsidR="00756237" w:rsidRPr="000D2AAB" w:rsidRDefault="00756237">
      <w:pPr>
        <w:rPr>
          <w:rFonts w:asciiTheme="majorHAnsi" w:hAnsiTheme="majorHAnsi" w:cstheme="majorHAnsi"/>
        </w:rPr>
      </w:pPr>
    </w:p>
    <w:p w14:paraId="0EEB2EA3" w14:textId="77777777" w:rsidR="00756237" w:rsidRPr="000D2AAB" w:rsidRDefault="00000000">
      <w:pPr>
        <w:rPr>
          <w:rFonts w:asciiTheme="majorHAnsi" w:hAnsiTheme="majorHAnsi" w:cstheme="majorHAnsi"/>
          <w:sz w:val="28"/>
          <w:szCs w:val="28"/>
          <w:lang w:val="it-IT"/>
        </w:rPr>
      </w:pPr>
      <w:r w:rsidRPr="000D2AAB">
        <w:rPr>
          <w:rFonts w:asciiTheme="majorHAnsi" w:hAnsiTheme="majorHAnsi" w:cstheme="majorHAnsi"/>
          <w:b/>
          <w:sz w:val="28"/>
          <w:szCs w:val="28"/>
          <w:lang w:val="it-IT"/>
        </w:rPr>
        <w:t>B. DATI DEL CONTRIBUTO E DEL PROGETTO FINANZIATO</w:t>
      </w:r>
    </w:p>
    <w:tbl>
      <w:tblPr>
        <w:tblStyle w:val="Grigliatabella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4974"/>
        <w:gridCol w:w="4968"/>
      </w:tblGrid>
      <w:tr w:rsidR="00756237" w:rsidRPr="000D2AAB" w14:paraId="27179682" w14:textId="77777777" w:rsidTr="00185AB7">
        <w:tc>
          <w:tcPr>
            <w:tcW w:w="4974" w:type="dxa"/>
            <w:shd w:val="clear" w:color="auto" w:fill="EEECE1" w:themeFill="background2"/>
          </w:tcPr>
          <w:p w14:paraId="6F68E60C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permStart w:id="1828606974" w:edGrp="everyone" w:colFirst="1" w:colLast="1"/>
            <w:r w:rsidRPr="000D2AAB">
              <w:rPr>
                <w:rFonts w:asciiTheme="majorHAnsi" w:hAnsiTheme="majorHAnsi" w:cstheme="majorHAnsi"/>
                <w:b/>
                <w:bCs/>
              </w:rPr>
              <w:t>Titolo del progetto</w:t>
            </w:r>
          </w:p>
        </w:tc>
        <w:tc>
          <w:tcPr>
            <w:tcW w:w="4968" w:type="dxa"/>
            <w:shd w:val="clear" w:color="auto" w:fill="EEECE1" w:themeFill="background2"/>
          </w:tcPr>
          <w:p w14:paraId="264E5B76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0420E674" w14:textId="77777777" w:rsidTr="00185AB7">
        <w:tc>
          <w:tcPr>
            <w:tcW w:w="4974" w:type="dxa"/>
            <w:shd w:val="clear" w:color="auto" w:fill="EEECE1" w:themeFill="background2"/>
          </w:tcPr>
          <w:p w14:paraId="67B38690" w14:textId="01972332" w:rsidR="00756237" w:rsidRPr="00185AB7" w:rsidRDefault="00000000">
            <w:pPr>
              <w:rPr>
                <w:rFonts w:asciiTheme="majorHAnsi" w:hAnsiTheme="majorHAnsi" w:cstheme="majorHAnsi"/>
                <w:b/>
                <w:bCs/>
                <w:lang w:val="it-IT"/>
              </w:rPr>
            </w:pPr>
            <w:permStart w:id="588459418" w:edGrp="everyone" w:colFirst="1" w:colLast="1"/>
            <w:permEnd w:id="1828606974"/>
            <w:r w:rsidRPr="00185AB7">
              <w:rPr>
                <w:rFonts w:asciiTheme="majorHAnsi" w:hAnsiTheme="majorHAnsi" w:cstheme="majorHAnsi"/>
                <w:b/>
                <w:bCs/>
                <w:lang w:val="it-IT"/>
              </w:rPr>
              <w:t xml:space="preserve">Importo contributo </w:t>
            </w:r>
            <w:r w:rsidR="00442307" w:rsidRPr="00185AB7">
              <w:rPr>
                <w:rFonts w:asciiTheme="majorHAnsi" w:hAnsiTheme="majorHAnsi" w:cstheme="majorHAnsi"/>
                <w:b/>
                <w:bCs/>
                <w:lang w:val="it-IT"/>
              </w:rPr>
              <w:t>percepito</w:t>
            </w:r>
            <w:r w:rsidR="00185AB7" w:rsidRPr="00185AB7">
              <w:rPr>
                <w:rFonts w:asciiTheme="majorHAnsi" w:hAnsiTheme="majorHAnsi" w:cstheme="majorHAnsi"/>
                <w:b/>
                <w:bCs/>
                <w:lang w:val="it-IT"/>
              </w:rPr>
              <w:t xml:space="preserve"> da F.</w:t>
            </w:r>
            <w:r w:rsidR="00185AB7">
              <w:rPr>
                <w:rFonts w:asciiTheme="majorHAnsi" w:hAnsiTheme="majorHAnsi" w:cstheme="majorHAnsi"/>
                <w:b/>
                <w:bCs/>
                <w:lang w:val="it-IT"/>
              </w:rPr>
              <w:t>G.R.</w:t>
            </w:r>
            <w:r w:rsidRPr="00185AB7">
              <w:rPr>
                <w:rFonts w:asciiTheme="majorHAnsi" w:hAnsiTheme="majorHAnsi" w:cstheme="majorHAnsi"/>
                <w:b/>
                <w:bCs/>
                <w:lang w:val="it-IT"/>
              </w:rPr>
              <w:t xml:space="preserve"> (€)</w:t>
            </w:r>
          </w:p>
        </w:tc>
        <w:tc>
          <w:tcPr>
            <w:tcW w:w="4968" w:type="dxa"/>
            <w:shd w:val="clear" w:color="auto" w:fill="EEECE1" w:themeFill="background2"/>
          </w:tcPr>
          <w:p w14:paraId="6D3E2511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79E82A5C" w14:textId="77777777" w:rsidTr="00185AB7">
        <w:tc>
          <w:tcPr>
            <w:tcW w:w="4974" w:type="dxa"/>
            <w:shd w:val="clear" w:color="auto" w:fill="EEECE1" w:themeFill="background2"/>
          </w:tcPr>
          <w:p w14:paraId="50E0132E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  <w:lang w:val="it-IT"/>
              </w:rPr>
            </w:pPr>
            <w:permStart w:id="1913604153" w:edGrp="everyone" w:colFirst="1" w:colLast="1"/>
            <w:permEnd w:id="588459418"/>
            <w:r w:rsidRPr="000D2AAB">
              <w:rPr>
                <w:rFonts w:asciiTheme="majorHAnsi" w:hAnsiTheme="majorHAnsi" w:cstheme="majorHAnsi"/>
                <w:b/>
                <w:bCs/>
                <w:lang w:val="it-IT"/>
              </w:rPr>
              <w:t>Periodo di realizzazione (data avvio – data conclusione)</w:t>
            </w:r>
          </w:p>
        </w:tc>
        <w:tc>
          <w:tcPr>
            <w:tcW w:w="4968" w:type="dxa"/>
            <w:shd w:val="clear" w:color="auto" w:fill="EEECE1" w:themeFill="background2"/>
          </w:tcPr>
          <w:p w14:paraId="3F4CA1CE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093C013C" w14:textId="77777777" w:rsidTr="00185AB7">
        <w:tc>
          <w:tcPr>
            <w:tcW w:w="4974" w:type="dxa"/>
            <w:shd w:val="clear" w:color="auto" w:fill="EEECE1" w:themeFill="background2"/>
          </w:tcPr>
          <w:p w14:paraId="5AADF30C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permStart w:id="1979804101" w:edGrp="everyone" w:colFirst="1" w:colLast="1"/>
            <w:permEnd w:id="1913604153"/>
            <w:r w:rsidRPr="000D2AAB">
              <w:rPr>
                <w:rFonts w:asciiTheme="majorHAnsi" w:hAnsiTheme="majorHAnsi" w:cstheme="majorHAnsi"/>
                <w:b/>
                <w:bCs/>
              </w:rPr>
              <w:t>Luoghi principali di svolgimento</w:t>
            </w:r>
          </w:p>
        </w:tc>
        <w:tc>
          <w:tcPr>
            <w:tcW w:w="4968" w:type="dxa"/>
            <w:shd w:val="clear" w:color="auto" w:fill="EEECE1" w:themeFill="background2"/>
          </w:tcPr>
          <w:p w14:paraId="5E51F54A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6B61562F" w14:textId="77777777" w:rsidTr="00185AB7">
        <w:tc>
          <w:tcPr>
            <w:tcW w:w="4974" w:type="dxa"/>
            <w:shd w:val="clear" w:color="auto" w:fill="EEECE1" w:themeFill="background2"/>
          </w:tcPr>
          <w:p w14:paraId="5E081D1B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  <w:lang w:val="it-IT"/>
              </w:rPr>
            </w:pPr>
            <w:permStart w:id="1499091665" w:edGrp="everyone" w:colFirst="1" w:colLast="1"/>
            <w:permEnd w:id="1979804101"/>
            <w:r w:rsidRPr="000D2AAB">
              <w:rPr>
                <w:rFonts w:asciiTheme="majorHAnsi" w:hAnsiTheme="majorHAnsi" w:cstheme="majorHAnsi"/>
                <w:b/>
                <w:bCs/>
                <w:lang w:val="it-IT"/>
              </w:rPr>
              <w:lastRenderedPageBreak/>
              <w:t>Eventuali proroghe/variazioni autorizzate (data e riferimento)</w:t>
            </w:r>
          </w:p>
        </w:tc>
        <w:tc>
          <w:tcPr>
            <w:tcW w:w="4968" w:type="dxa"/>
            <w:shd w:val="clear" w:color="auto" w:fill="EEECE1" w:themeFill="background2"/>
          </w:tcPr>
          <w:p w14:paraId="78518B7E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442307" w:rsidRPr="000D2AAB" w14:paraId="6128E702" w14:textId="77777777" w:rsidTr="00185AB7">
        <w:tc>
          <w:tcPr>
            <w:tcW w:w="4974" w:type="dxa"/>
            <w:shd w:val="clear" w:color="auto" w:fill="EEECE1" w:themeFill="background2"/>
          </w:tcPr>
          <w:p w14:paraId="19214365" w14:textId="08E8B601" w:rsidR="00442307" w:rsidRPr="000D2AAB" w:rsidRDefault="00442307">
            <w:pPr>
              <w:rPr>
                <w:rFonts w:asciiTheme="majorHAnsi" w:hAnsiTheme="majorHAnsi" w:cstheme="majorHAnsi"/>
                <w:b/>
                <w:bCs/>
                <w:lang w:val="it-IT"/>
              </w:rPr>
            </w:pPr>
            <w:permStart w:id="1822493742" w:edGrp="everyone" w:colFirst="1" w:colLast="1"/>
            <w:permEnd w:id="1499091665"/>
            <w:r w:rsidRPr="000D2AAB">
              <w:rPr>
                <w:rFonts w:asciiTheme="majorHAnsi" w:hAnsiTheme="majorHAnsi" w:cstheme="majorHAnsi"/>
                <w:b/>
                <w:bCs/>
                <w:lang w:val="it-IT"/>
              </w:rPr>
              <w:t>Budget totale del progetto</w:t>
            </w:r>
            <w:r w:rsidR="00D81B28" w:rsidRPr="000D2AAB">
              <w:rPr>
                <w:rFonts w:asciiTheme="majorHAnsi" w:hAnsiTheme="majorHAnsi" w:cstheme="majorHAnsi"/>
                <w:b/>
                <w:bCs/>
                <w:lang w:val="it-IT"/>
              </w:rPr>
              <w:t xml:space="preserve"> previsto</w:t>
            </w:r>
            <w:r w:rsidRPr="000D2AAB">
              <w:rPr>
                <w:rFonts w:asciiTheme="majorHAnsi" w:hAnsiTheme="majorHAnsi" w:cstheme="majorHAnsi"/>
                <w:b/>
                <w:bCs/>
                <w:lang w:val="it-IT"/>
              </w:rPr>
              <w:t xml:space="preserve"> (€)</w:t>
            </w:r>
          </w:p>
        </w:tc>
        <w:tc>
          <w:tcPr>
            <w:tcW w:w="4968" w:type="dxa"/>
            <w:shd w:val="clear" w:color="auto" w:fill="EEECE1" w:themeFill="background2"/>
          </w:tcPr>
          <w:p w14:paraId="2C234C0A" w14:textId="4E12F3C4" w:rsidR="00442307" w:rsidRPr="000D2AAB" w:rsidRDefault="00442307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D81B28" w:rsidRPr="000D2AAB" w14:paraId="1FCDCB08" w14:textId="77777777" w:rsidTr="00185AB7">
        <w:tc>
          <w:tcPr>
            <w:tcW w:w="4974" w:type="dxa"/>
            <w:shd w:val="clear" w:color="auto" w:fill="EEECE1" w:themeFill="background2"/>
          </w:tcPr>
          <w:p w14:paraId="59015821" w14:textId="70FC8EC0" w:rsidR="00D81B28" w:rsidRPr="000D2AAB" w:rsidRDefault="00D81B28">
            <w:pPr>
              <w:rPr>
                <w:rFonts w:asciiTheme="majorHAnsi" w:hAnsiTheme="majorHAnsi" w:cstheme="majorHAnsi"/>
                <w:b/>
                <w:bCs/>
                <w:lang w:val="it-IT"/>
              </w:rPr>
            </w:pPr>
            <w:permStart w:id="1366830344" w:edGrp="everyone" w:colFirst="1" w:colLast="1"/>
            <w:permEnd w:id="1822493742"/>
            <w:r w:rsidRPr="000D2AAB">
              <w:rPr>
                <w:rFonts w:asciiTheme="majorHAnsi" w:hAnsiTheme="majorHAnsi" w:cstheme="majorHAnsi"/>
                <w:b/>
                <w:bCs/>
                <w:lang w:val="it-IT"/>
              </w:rPr>
              <w:t>Budget totale del progetto effettivo (€)</w:t>
            </w:r>
          </w:p>
        </w:tc>
        <w:tc>
          <w:tcPr>
            <w:tcW w:w="4968" w:type="dxa"/>
            <w:shd w:val="clear" w:color="auto" w:fill="EEECE1" w:themeFill="background2"/>
          </w:tcPr>
          <w:p w14:paraId="239ED7E9" w14:textId="6B5AF864" w:rsidR="00D81B28" w:rsidRPr="000D2AAB" w:rsidRDefault="00D81B28">
            <w:pPr>
              <w:rPr>
                <w:rFonts w:asciiTheme="majorHAnsi" w:hAnsiTheme="majorHAnsi" w:cstheme="majorHAnsi"/>
                <w:lang w:val="it-IT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3C419D0C" w14:textId="77777777" w:rsidTr="00185AB7">
        <w:tc>
          <w:tcPr>
            <w:tcW w:w="4974" w:type="dxa"/>
            <w:shd w:val="clear" w:color="auto" w:fill="EEECE1" w:themeFill="background2"/>
          </w:tcPr>
          <w:p w14:paraId="10343B31" w14:textId="5FDABD0D" w:rsidR="00756237" w:rsidRPr="000D2AAB" w:rsidRDefault="00000000">
            <w:pPr>
              <w:rPr>
                <w:rFonts w:asciiTheme="majorHAnsi" w:hAnsiTheme="majorHAnsi" w:cstheme="majorHAnsi"/>
                <w:b/>
                <w:bCs/>
                <w:lang w:val="it-IT"/>
              </w:rPr>
            </w:pPr>
            <w:permStart w:id="334837076" w:edGrp="everyone" w:colFirst="1" w:colLast="1"/>
            <w:permEnd w:id="1366830344"/>
            <w:r w:rsidRPr="000D2AAB">
              <w:rPr>
                <w:rFonts w:asciiTheme="majorHAnsi" w:hAnsiTheme="majorHAnsi" w:cstheme="majorHAnsi"/>
                <w:b/>
                <w:bCs/>
                <w:lang w:val="it-IT"/>
              </w:rPr>
              <w:t xml:space="preserve">Cofinanziamento </w:t>
            </w:r>
            <w:r w:rsidR="00185AB7">
              <w:rPr>
                <w:rFonts w:asciiTheme="majorHAnsi" w:hAnsiTheme="majorHAnsi" w:cstheme="majorHAnsi"/>
                <w:b/>
                <w:bCs/>
                <w:lang w:val="it-IT"/>
              </w:rPr>
              <w:t>totale effettivo</w:t>
            </w:r>
            <w:r w:rsidRPr="000D2AAB">
              <w:rPr>
                <w:rFonts w:asciiTheme="majorHAnsi" w:hAnsiTheme="majorHAnsi" w:cstheme="majorHAnsi"/>
                <w:b/>
                <w:bCs/>
                <w:lang w:val="it-IT"/>
              </w:rPr>
              <w:t xml:space="preserve"> (</w:t>
            </w:r>
            <w:r w:rsidR="00185AB7" w:rsidRPr="000D2AAB">
              <w:rPr>
                <w:rFonts w:asciiTheme="majorHAnsi" w:hAnsiTheme="majorHAnsi" w:cstheme="majorHAnsi"/>
                <w:b/>
                <w:bCs/>
                <w:lang w:val="it-IT"/>
              </w:rPr>
              <w:t>€</w:t>
            </w:r>
            <w:r w:rsidRPr="000D2AAB">
              <w:rPr>
                <w:rFonts w:asciiTheme="majorHAnsi" w:hAnsiTheme="majorHAnsi" w:cstheme="majorHAnsi"/>
                <w:b/>
                <w:bCs/>
                <w:lang w:val="it-IT"/>
              </w:rPr>
              <w:t>)</w:t>
            </w:r>
          </w:p>
        </w:tc>
        <w:tc>
          <w:tcPr>
            <w:tcW w:w="4968" w:type="dxa"/>
            <w:shd w:val="clear" w:color="auto" w:fill="EEECE1" w:themeFill="background2"/>
          </w:tcPr>
          <w:p w14:paraId="3ECF92DA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permEnd w:id="334837076"/>
    </w:tbl>
    <w:p w14:paraId="4784061F" w14:textId="77777777" w:rsidR="00756237" w:rsidRPr="000D2AAB" w:rsidRDefault="00756237">
      <w:pPr>
        <w:rPr>
          <w:rFonts w:asciiTheme="majorHAnsi" w:hAnsiTheme="majorHAnsi" w:cstheme="majorHAnsi"/>
        </w:rPr>
      </w:pPr>
    </w:p>
    <w:p w14:paraId="2EEBBBCA" w14:textId="77777777" w:rsidR="00756237" w:rsidRPr="000D2AAB" w:rsidRDefault="00000000">
      <w:pPr>
        <w:rPr>
          <w:rFonts w:asciiTheme="majorHAnsi" w:hAnsiTheme="majorHAnsi" w:cstheme="majorHAnsi"/>
          <w:sz w:val="28"/>
          <w:szCs w:val="28"/>
          <w:lang w:val="it-IT"/>
        </w:rPr>
      </w:pPr>
      <w:r w:rsidRPr="000D2AAB">
        <w:rPr>
          <w:rFonts w:asciiTheme="majorHAnsi" w:hAnsiTheme="majorHAnsi" w:cstheme="majorHAnsi"/>
          <w:b/>
          <w:sz w:val="28"/>
          <w:szCs w:val="28"/>
          <w:lang w:val="it-IT"/>
        </w:rPr>
        <w:t>C. SINTESI DEL PROGETTO E ATTIVITÀ REALIZZATE</w:t>
      </w:r>
    </w:p>
    <w:p w14:paraId="248FF6C5" w14:textId="77777777" w:rsidR="00756237" w:rsidRPr="000D2AAB" w:rsidRDefault="00000000">
      <w:pPr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C1. Obiettivi principali (max 10 righe):</w:t>
      </w:r>
      <w:r w:rsidRPr="000D2AAB">
        <w:rPr>
          <w:rFonts w:asciiTheme="majorHAnsi" w:hAnsiTheme="majorHAnsi" w:cstheme="majorHAnsi"/>
          <w:lang w:val="it-IT"/>
        </w:rPr>
        <w:br/>
      </w:r>
      <w:permStart w:id="501433498" w:edGrp="everyone"/>
      <w:r w:rsidRPr="000D2AAB">
        <w:rPr>
          <w:rFonts w:asciiTheme="majorHAnsi" w:hAnsiTheme="majorHAnsi" w:cstheme="majorHAnsi"/>
          <w:lang w:val="it-IT"/>
        </w:rPr>
        <w:t>[ ]</w:t>
      </w:r>
      <w:permEnd w:id="501433498"/>
    </w:p>
    <w:p w14:paraId="41FABADC" w14:textId="77777777" w:rsidR="00756237" w:rsidRPr="000D2AAB" w:rsidRDefault="00000000">
      <w:pPr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C2. Descrizione attività svolte e piano temporale (indicare date, luoghi, partner, eventuali scostamenti):</w:t>
      </w:r>
      <w:r w:rsidRPr="000D2AAB">
        <w:rPr>
          <w:rFonts w:asciiTheme="majorHAnsi" w:hAnsiTheme="majorHAnsi" w:cstheme="majorHAnsi"/>
          <w:lang w:val="it-IT"/>
        </w:rPr>
        <w:br/>
      </w:r>
      <w:permStart w:id="71452429" w:edGrp="everyone"/>
      <w:r w:rsidRPr="000D2AAB">
        <w:rPr>
          <w:rFonts w:asciiTheme="majorHAnsi" w:hAnsiTheme="majorHAnsi" w:cstheme="majorHAnsi"/>
          <w:lang w:val="it-IT"/>
        </w:rPr>
        <w:t>[ ]</w:t>
      </w:r>
      <w:permEnd w:id="71452429"/>
    </w:p>
    <w:p w14:paraId="4ADF54DA" w14:textId="77777777" w:rsidR="00756237" w:rsidRPr="000D2AAB" w:rsidRDefault="00000000">
      <w:pPr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C3. Indicatori quantitativi (compilare dove applicabile):</w:t>
      </w:r>
    </w:p>
    <w:tbl>
      <w:tblPr>
        <w:tblStyle w:val="Grigliatabella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3602"/>
        <w:gridCol w:w="1457"/>
        <w:gridCol w:w="1758"/>
        <w:gridCol w:w="3125"/>
      </w:tblGrid>
      <w:tr w:rsidR="00756237" w:rsidRPr="000D2AAB" w14:paraId="220755EF" w14:textId="77777777" w:rsidTr="003B6EEC">
        <w:tc>
          <w:tcPr>
            <w:tcW w:w="3652" w:type="dxa"/>
            <w:shd w:val="clear" w:color="auto" w:fill="EEECE1" w:themeFill="background2"/>
          </w:tcPr>
          <w:p w14:paraId="74C6FB3F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Indicatore</w:t>
            </w:r>
          </w:p>
        </w:tc>
        <w:tc>
          <w:tcPr>
            <w:tcW w:w="1477" w:type="dxa"/>
            <w:shd w:val="clear" w:color="auto" w:fill="EEECE1" w:themeFill="background2"/>
          </w:tcPr>
          <w:p w14:paraId="10A187BE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Previsto</w:t>
            </w:r>
          </w:p>
        </w:tc>
        <w:tc>
          <w:tcPr>
            <w:tcW w:w="1783" w:type="dxa"/>
            <w:shd w:val="clear" w:color="auto" w:fill="EEECE1" w:themeFill="background2"/>
          </w:tcPr>
          <w:p w14:paraId="1FE12E36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Realizzato</w:t>
            </w:r>
          </w:p>
        </w:tc>
        <w:tc>
          <w:tcPr>
            <w:tcW w:w="3203" w:type="dxa"/>
            <w:shd w:val="clear" w:color="auto" w:fill="EEECE1" w:themeFill="background2"/>
          </w:tcPr>
          <w:p w14:paraId="1CB68B36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Note/Fonti (es. registri presenze, ticketing, ecc.)</w:t>
            </w:r>
          </w:p>
        </w:tc>
      </w:tr>
      <w:tr w:rsidR="00756237" w:rsidRPr="000D2AAB" w14:paraId="5BF27884" w14:textId="77777777" w:rsidTr="003B6EEC">
        <w:tc>
          <w:tcPr>
            <w:tcW w:w="3652" w:type="dxa"/>
            <w:shd w:val="clear" w:color="auto" w:fill="EEECE1" w:themeFill="background2"/>
          </w:tcPr>
          <w:p w14:paraId="0E7877F6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permStart w:id="325745095" w:edGrp="everyone" w:colFirst="1" w:colLast="1"/>
            <w:permStart w:id="1517514377" w:edGrp="everyone" w:colFirst="2" w:colLast="2"/>
            <w:permStart w:id="654459171" w:edGrp="everyone" w:colFirst="3" w:colLast="3"/>
            <w:r w:rsidRPr="000D2AAB">
              <w:rPr>
                <w:rFonts w:asciiTheme="majorHAnsi" w:hAnsiTheme="majorHAnsi" w:cstheme="majorHAnsi"/>
              </w:rPr>
              <w:t>N. attività/eventi realizzati</w:t>
            </w:r>
          </w:p>
        </w:tc>
        <w:tc>
          <w:tcPr>
            <w:tcW w:w="1477" w:type="dxa"/>
            <w:shd w:val="clear" w:color="auto" w:fill="EEECE1" w:themeFill="background2"/>
          </w:tcPr>
          <w:p w14:paraId="3E9ECC71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783" w:type="dxa"/>
            <w:shd w:val="clear" w:color="auto" w:fill="EEECE1" w:themeFill="background2"/>
          </w:tcPr>
          <w:p w14:paraId="6D15EE1B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3203" w:type="dxa"/>
            <w:shd w:val="clear" w:color="auto" w:fill="EEECE1" w:themeFill="background2"/>
          </w:tcPr>
          <w:p w14:paraId="7D5C6097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65F96056" w14:textId="77777777" w:rsidTr="003B6EEC">
        <w:tc>
          <w:tcPr>
            <w:tcW w:w="3652" w:type="dxa"/>
            <w:shd w:val="clear" w:color="auto" w:fill="EEECE1" w:themeFill="background2"/>
          </w:tcPr>
          <w:p w14:paraId="00063CF2" w14:textId="77777777" w:rsidR="00756237" w:rsidRPr="000D2AAB" w:rsidRDefault="00000000">
            <w:pPr>
              <w:rPr>
                <w:rFonts w:asciiTheme="majorHAnsi" w:hAnsiTheme="majorHAnsi" w:cstheme="majorHAnsi"/>
                <w:lang w:val="it-IT"/>
              </w:rPr>
            </w:pPr>
            <w:permStart w:id="1589915236" w:edGrp="everyone" w:colFirst="1" w:colLast="1"/>
            <w:permStart w:id="144066397" w:edGrp="everyone" w:colFirst="2" w:colLast="2"/>
            <w:permStart w:id="661395207" w:edGrp="everyone" w:colFirst="3" w:colLast="3"/>
            <w:permEnd w:id="325745095"/>
            <w:permEnd w:id="1517514377"/>
            <w:permEnd w:id="654459171"/>
            <w:r w:rsidRPr="000D2AAB">
              <w:rPr>
                <w:rFonts w:asciiTheme="majorHAnsi" w:hAnsiTheme="majorHAnsi" w:cstheme="majorHAnsi"/>
                <w:lang w:val="it-IT"/>
              </w:rPr>
              <w:t>N. giornate complessive di attività</w:t>
            </w:r>
          </w:p>
        </w:tc>
        <w:tc>
          <w:tcPr>
            <w:tcW w:w="1477" w:type="dxa"/>
            <w:shd w:val="clear" w:color="auto" w:fill="EEECE1" w:themeFill="background2"/>
          </w:tcPr>
          <w:p w14:paraId="0A5CACFD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783" w:type="dxa"/>
            <w:shd w:val="clear" w:color="auto" w:fill="EEECE1" w:themeFill="background2"/>
          </w:tcPr>
          <w:p w14:paraId="20652BAC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3203" w:type="dxa"/>
            <w:shd w:val="clear" w:color="auto" w:fill="EEECE1" w:themeFill="background2"/>
          </w:tcPr>
          <w:p w14:paraId="64492ABC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19EDDC31" w14:textId="77777777" w:rsidTr="003B6EEC">
        <w:tc>
          <w:tcPr>
            <w:tcW w:w="3652" w:type="dxa"/>
            <w:shd w:val="clear" w:color="auto" w:fill="EEECE1" w:themeFill="background2"/>
          </w:tcPr>
          <w:p w14:paraId="2AF1AE9E" w14:textId="77777777" w:rsidR="00756237" w:rsidRPr="000D2AAB" w:rsidRDefault="00000000">
            <w:pPr>
              <w:rPr>
                <w:rFonts w:asciiTheme="majorHAnsi" w:hAnsiTheme="majorHAnsi" w:cstheme="majorHAnsi"/>
                <w:lang w:val="it-IT"/>
              </w:rPr>
            </w:pPr>
            <w:permStart w:id="1819476293" w:edGrp="everyone" w:colFirst="1" w:colLast="1"/>
            <w:permStart w:id="1073760779" w:edGrp="everyone" w:colFirst="2" w:colLast="2"/>
            <w:permStart w:id="61240430" w:edGrp="everyone" w:colFirst="3" w:colLast="3"/>
            <w:permEnd w:id="1589915236"/>
            <w:permEnd w:id="144066397"/>
            <w:permEnd w:id="661395207"/>
            <w:r w:rsidRPr="000D2AAB">
              <w:rPr>
                <w:rFonts w:asciiTheme="majorHAnsi" w:hAnsiTheme="majorHAnsi" w:cstheme="majorHAnsi"/>
                <w:lang w:val="it-IT"/>
              </w:rPr>
              <w:t>N. partecipanti/beneficiari (stima o rilevazione)</w:t>
            </w:r>
          </w:p>
        </w:tc>
        <w:tc>
          <w:tcPr>
            <w:tcW w:w="1477" w:type="dxa"/>
            <w:shd w:val="clear" w:color="auto" w:fill="EEECE1" w:themeFill="background2"/>
          </w:tcPr>
          <w:p w14:paraId="14C4A20B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783" w:type="dxa"/>
            <w:shd w:val="clear" w:color="auto" w:fill="EEECE1" w:themeFill="background2"/>
          </w:tcPr>
          <w:p w14:paraId="56892DC7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3203" w:type="dxa"/>
            <w:shd w:val="clear" w:color="auto" w:fill="EEECE1" w:themeFill="background2"/>
          </w:tcPr>
          <w:p w14:paraId="67AE0475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1EEC6741" w14:textId="77777777" w:rsidTr="003B6EEC">
        <w:tc>
          <w:tcPr>
            <w:tcW w:w="3652" w:type="dxa"/>
            <w:shd w:val="clear" w:color="auto" w:fill="EEECE1" w:themeFill="background2"/>
          </w:tcPr>
          <w:p w14:paraId="5524F58D" w14:textId="77777777" w:rsidR="00756237" w:rsidRPr="000D2AAB" w:rsidRDefault="00000000">
            <w:pPr>
              <w:rPr>
                <w:rFonts w:asciiTheme="majorHAnsi" w:hAnsiTheme="majorHAnsi" w:cstheme="majorHAnsi"/>
                <w:lang w:val="it-IT"/>
              </w:rPr>
            </w:pPr>
            <w:permStart w:id="1922968671" w:edGrp="everyone" w:colFirst="1" w:colLast="1"/>
            <w:permStart w:id="2101901543" w:edGrp="everyone" w:colFirst="2" w:colLast="2"/>
            <w:permStart w:id="1897035563" w:edGrp="everyone" w:colFirst="3" w:colLast="3"/>
            <w:permEnd w:id="1819476293"/>
            <w:permEnd w:id="1073760779"/>
            <w:permEnd w:id="61240430"/>
            <w:r w:rsidRPr="000D2AAB">
              <w:rPr>
                <w:rFonts w:asciiTheme="majorHAnsi" w:hAnsiTheme="majorHAnsi" w:cstheme="majorHAnsi"/>
                <w:lang w:val="it-IT"/>
              </w:rPr>
              <w:t>N. operatori/artisti/relatori coinvolti</w:t>
            </w:r>
          </w:p>
        </w:tc>
        <w:tc>
          <w:tcPr>
            <w:tcW w:w="1477" w:type="dxa"/>
            <w:shd w:val="clear" w:color="auto" w:fill="EEECE1" w:themeFill="background2"/>
          </w:tcPr>
          <w:p w14:paraId="05ED1371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783" w:type="dxa"/>
            <w:shd w:val="clear" w:color="auto" w:fill="EEECE1" w:themeFill="background2"/>
          </w:tcPr>
          <w:p w14:paraId="730F9B22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3203" w:type="dxa"/>
            <w:shd w:val="clear" w:color="auto" w:fill="EEECE1" w:themeFill="background2"/>
          </w:tcPr>
          <w:p w14:paraId="38BF5353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163A6814" w14:textId="77777777" w:rsidTr="003B6EEC">
        <w:tc>
          <w:tcPr>
            <w:tcW w:w="3652" w:type="dxa"/>
            <w:shd w:val="clear" w:color="auto" w:fill="EEECE1" w:themeFill="background2"/>
          </w:tcPr>
          <w:p w14:paraId="6E41E2C1" w14:textId="77777777" w:rsidR="00756237" w:rsidRPr="000D2AAB" w:rsidRDefault="00000000">
            <w:pPr>
              <w:rPr>
                <w:rFonts w:asciiTheme="majorHAnsi" w:hAnsiTheme="majorHAnsi" w:cstheme="majorHAnsi"/>
                <w:lang w:val="it-IT"/>
              </w:rPr>
            </w:pPr>
            <w:permStart w:id="1357517499" w:edGrp="everyone" w:colFirst="1" w:colLast="1"/>
            <w:permStart w:id="827290068" w:edGrp="everyone" w:colFirst="2" w:colLast="2"/>
            <w:permStart w:id="134504204" w:edGrp="everyone" w:colFirst="3" w:colLast="3"/>
            <w:permEnd w:id="1922968671"/>
            <w:permEnd w:id="2101901543"/>
            <w:permEnd w:id="1897035563"/>
            <w:r w:rsidRPr="000D2AAB">
              <w:rPr>
                <w:rFonts w:asciiTheme="majorHAnsi" w:hAnsiTheme="majorHAnsi" w:cstheme="majorHAnsi"/>
                <w:lang w:val="it-IT"/>
              </w:rPr>
              <w:t>Output prodotti (es. cataloghi, pubblicazioni, video, report, ecc.)</w:t>
            </w:r>
          </w:p>
        </w:tc>
        <w:tc>
          <w:tcPr>
            <w:tcW w:w="1477" w:type="dxa"/>
            <w:shd w:val="clear" w:color="auto" w:fill="EEECE1" w:themeFill="background2"/>
          </w:tcPr>
          <w:p w14:paraId="70A50484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783" w:type="dxa"/>
            <w:shd w:val="clear" w:color="auto" w:fill="EEECE1" w:themeFill="background2"/>
          </w:tcPr>
          <w:p w14:paraId="05AB2648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3203" w:type="dxa"/>
            <w:shd w:val="clear" w:color="auto" w:fill="EEECE1" w:themeFill="background2"/>
          </w:tcPr>
          <w:p w14:paraId="11E8420B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permEnd w:id="1357517499"/>
      <w:permEnd w:id="827290068"/>
      <w:permEnd w:id="134504204"/>
    </w:tbl>
    <w:p w14:paraId="59B79710" w14:textId="77777777" w:rsidR="00756237" w:rsidRPr="000D2AAB" w:rsidRDefault="00756237">
      <w:pPr>
        <w:rPr>
          <w:rFonts w:asciiTheme="majorHAnsi" w:hAnsiTheme="majorHAnsi" w:cstheme="majorHAnsi"/>
        </w:rPr>
      </w:pPr>
    </w:p>
    <w:p w14:paraId="732B2BCF" w14:textId="77777777" w:rsidR="00756237" w:rsidRPr="000D2AAB" w:rsidRDefault="00000000">
      <w:pPr>
        <w:rPr>
          <w:rFonts w:asciiTheme="majorHAnsi" w:hAnsiTheme="majorHAnsi" w:cstheme="majorHAnsi"/>
          <w:sz w:val="28"/>
          <w:szCs w:val="28"/>
        </w:rPr>
      </w:pPr>
      <w:r w:rsidRPr="000D2AAB">
        <w:rPr>
          <w:rFonts w:asciiTheme="majorHAnsi" w:hAnsiTheme="majorHAnsi" w:cstheme="majorHAnsi"/>
          <w:b/>
          <w:sz w:val="28"/>
          <w:szCs w:val="28"/>
        </w:rPr>
        <w:t>D. RISULTATI, IMPATTO E VALUTAZIONE</w:t>
      </w:r>
    </w:p>
    <w:p w14:paraId="5A3C8CB9" w14:textId="77777777" w:rsidR="00756237" w:rsidRPr="000D2AAB" w:rsidRDefault="00000000">
      <w:pPr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D1. Risultati principali conseguiti (qualitativi e, se disponibili, quantitativi):</w:t>
      </w:r>
      <w:r w:rsidRPr="000D2AAB">
        <w:rPr>
          <w:rFonts w:asciiTheme="majorHAnsi" w:hAnsiTheme="majorHAnsi" w:cstheme="majorHAnsi"/>
          <w:lang w:val="it-IT"/>
        </w:rPr>
        <w:br/>
      </w:r>
      <w:permStart w:id="62014187" w:edGrp="everyone"/>
      <w:r w:rsidRPr="000D2AAB">
        <w:rPr>
          <w:rFonts w:asciiTheme="majorHAnsi" w:hAnsiTheme="majorHAnsi" w:cstheme="majorHAnsi"/>
          <w:lang w:val="it-IT"/>
        </w:rPr>
        <w:t>[ ]</w:t>
      </w:r>
      <w:permEnd w:id="62014187"/>
    </w:p>
    <w:p w14:paraId="5FEF7E08" w14:textId="77777777" w:rsidR="00756237" w:rsidRPr="000D2AAB" w:rsidRDefault="00000000">
      <w:pPr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D2. Scostamenti rispetto al progetto approvato (attività/tempi/budget) e motivazioni:</w:t>
      </w:r>
      <w:r w:rsidRPr="000D2AAB">
        <w:rPr>
          <w:rFonts w:asciiTheme="majorHAnsi" w:hAnsiTheme="majorHAnsi" w:cstheme="majorHAnsi"/>
          <w:lang w:val="it-IT"/>
        </w:rPr>
        <w:br/>
      </w:r>
      <w:permStart w:id="1250392347" w:edGrp="everyone"/>
      <w:r w:rsidRPr="000D2AAB">
        <w:rPr>
          <w:rFonts w:asciiTheme="majorHAnsi" w:hAnsiTheme="majorHAnsi" w:cstheme="majorHAnsi"/>
          <w:lang w:val="it-IT"/>
        </w:rPr>
        <w:t>[ ]</w:t>
      </w:r>
      <w:permEnd w:id="1250392347"/>
    </w:p>
    <w:p w14:paraId="01C2D72C" w14:textId="77777777" w:rsidR="00756237" w:rsidRPr="000D2AAB" w:rsidRDefault="00000000">
      <w:pPr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D3. Ricadute sul territorio e sostenibilità/seguito del progetto:</w:t>
      </w:r>
      <w:r w:rsidRPr="000D2AAB">
        <w:rPr>
          <w:rFonts w:asciiTheme="majorHAnsi" w:hAnsiTheme="majorHAnsi" w:cstheme="majorHAnsi"/>
          <w:lang w:val="it-IT"/>
        </w:rPr>
        <w:br/>
      </w:r>
      <w:permStart w:id="1611493192" w:edGrp="everyone"/>
      <w:r w:rsidRPr="000D2AAB">
        <w:rPr>
          <w:rFonts w:asciiTheme="majorHAnsi" w:hAnsiTheme="majorHAnsi" w:cstheme="majorHAnsi"/>
          <w:lang w:val="it-IT"/>
        </w:rPr>
        <w:t>[ ]</w:t>
      </w:r>
      <w:permEnd w:id="1611493192"/>
    </w:p>
    <w:p w14:paraId="2AC5536E" w14:textId="77777777" w:rsidR="00756237" w:rsidRPr="000D2AAB" w:rsidRDefault="00756237">
      <w:pPr>
        <w:rPr>
          <w:rFonts w:asciiTheme="majorHAnsi" w:hAnsiTheme="majorHAnsi" w:cstheme="majorHAnsi"/>
          <w:lang w:val="it-IT"/>
        </w:rPr>
      </w:pPr>
    </w:p>
    <w:p w14:paraId="6F1E6F63" w14:textId="77777777" w:rsidR="00756237" w:rsidRPr="000D2AAB" w:rsidRDefault="00000000">
      <w:pPr>
        <w:rPr>
          <w:rFonts w:asciiTheme="majorHAnsi" w:hAnsiTheme="majorHAnsi" w:cstheme="majorHAnsi"/>
          <w:sz w:val="28"/>
          <w:szCs w:val="28"/>
          <w:lang w:val="it-IT"/>
        </w:rPr>
      </w:pPr>
      <w:r w:rsidRPr="000D2AAB">
        <w:rPr>
          <w:rFonts w:asciiTheme="majorHAnsi" w:hAnsiTheme="majorHAnsi" w:cstheme="majorHAnsi"/>
          <w:b/>
          <w:sz w:val="28"/>
          <w:szCs w:val="28"/>
          <w:lang w:val="it-IT"/>
        </w:rPr>
        <w:t>E. COMUNICAZIONE E VISIBILITÀ DEL CONTRIBUTO</w:t>
      </w:r>
    </w:p>
    <w:p w14:paraId="7DA4244B" w14:textId="77777777" w:rsidR="00756237" w:rsidRPr="000D2AAB" w:rsidRDefault="00000000">
      <w:pPr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E1. Modalità di comunicazione del contributo (es. locandine, social, newsletter, comunicati stampa):</w:t>
      </w:r>
      <w:r w:rsidRPr="000D2AAB">
        <w:rPr>
          <w:rFonts w:asciiTheme="majorHAnsi" w:hAnsiTheme="majorHAnsi" w:cstheme="majorHAnsi"/>
          <w:lang w:val="it-IT"/>
        </w:rPr>
        <w:br/>
      </w:r>
      <w:permStart w:id="2066752950" w:edGrp="everyone"/>
      <w:r w:rsidRPr="000D2AAB">
        <w:rPr>
          <w:rFonts w:asciiTheme="majorHAnsi" w:hAnsiTheme="majorHAnsi" w:cstheme="majorHAnsi"/>
          <w:lang w:val="it-IT"/>
        </w:rPr>
        <w:t>[ ]</w:t>
      </w:r>
      <w:permEnd w:id="2066752950"/>
    </w:p>
    <w:p w14:paraId="1D1150DA" w14:textId="77777777" w:rsidR="00756237" w:rsidRPr="000D2AAB" w:rsidRDefault="00000000">
      <w:pPr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E2. Link utili (sito, eventi, post social, video, rassegna stampa):</w:t>
      </w:r>
      <w:r w:rsidRPr="000D2AAB">
        <w:rPr>
          <w:rFonts w:asciiTheme="majorHAnsi" w:hAnsiTheme="majorHAnsi" w:cstheme="majorHAnsi"/>
          <w:lang w:val="it-IT"/>
        </w:rPr>
        <w:br/>
      </w:r>
      <w:permStart w:id="130954643" w:edGrp="everyone"/>
      <w:r w:rsidRPr="000D2AAB">
        <w:rPr>
          <w:rFonts w:asciiTheme="majorHAnsi" w:hAnsiTheme="majorHAnsi" w:cstheme="majorHAnsi"/>
          <w:lang w:val="it-IT"/>
        </w:rPr>
        <w:t>[ ]</w:t>
      </w:r>
      <w:permEnd w:id="130954643"/>
    </w:p>
    <w:p w14:paraId="3C577B8F" w14:textId="77777777" w:rsidR="00756237" w:rsidRPr="000D2AAB" w:rsidRDefault="00000000">
      <w:pPr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lastRenderedPageBreak/>
        <w:t>E3. Materiali allegati (selezionare):</w:t>
      </w:r>
    </w:p>
    <w:permStart w:id="1840008846" w:edGrp="everyone"/>
    <w:p w14:paraId="032BF7EB" w14:textId="404C6A1B" w:rsidR="00756237" w:rsidRPr="000D2AAB" w:rsidRDefault="00000000">
      <w:pPr>
        <w:rPr>
          <w:rFonts w:asciiTheme="majorHAnsi" w:hAnsiTheme="majorHAnsi" w:cstheme="majorHAnsi"/>
          <w:lang w:val="it-IT"/>
        </w:rPr>
      </w:pPr>
      <w:sdt>
        <w:sdtPr>
          <w:rPr>
            <w:rFonts w:asciiTheme="majorHAnsi" w:hAnsiTheme="majorHAnsi" w:cstheme="majorHAnsi"/>
            <w:lang w:val="it-IT"/>
          </w:rPr>
          <w:id w:val="1311215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2AFD">
            <w:rPr>
              <w:rFonts w:ascii="MS Gothic" w:eastAsia="MS Gothic" w:hAnsi="MS Gothic" w:cstheme="majorHAnsi" w:hint="eastAsia"/>
              <w:lang w:val="it-IT"/>
            </w:rPr>
            <w:t>☐</w:t>
          </w:r>
        </w:sdtContent>
      </w:sdt>
      <w:permEnd w:id="1840008846"/>
      <w:r w:rsidR="00772AFD" w:rsidRPr="000D2AAB">
        <w:rPr>
          <w:rFonts w:asciiTheme="majorHAnsi" w:hAnsiTheme="majorHAnsi" w:cstheme="majorHAnsi"/>
          <w:lang w:val="it-IT"/>
        </w:rPr>
        <w:t>Foto (</w:t>
      </w:r>
      <w:r w:rsidR="00CD1740" w:rsidRPr="000D2AAB">
        <w:rPr>
          <w:rFonts w:asciiTheme="majorHAnsi" w:hAnsiTheme="majorHAnsi" w:cstheme="majorHAnsi"/>
          <w:lang w:val="it-IT"/>
        </w:rPr>
        <w:t xml:space="preserve">obbligatorio, almeno 4 in formato </w:t>
      </w:r>
      <w:r w:rsidR="00772AFD" w:rsidRPr="000D2AAB">
        <w:rPr>
          <w:rFonts w:asciiTheme="majorHAnsi" w:hAnsiTheme="majorHAnsi" w:cstheme="majorHAnsi"/>
          <w:lang w:val="it-IT"/>
        </w:rPr>
        <w:t>JPG/PNG)</w:t>
      </w:r>
      <w:r w:rsidR="00CD1740" w:rsidRPr="000D2AAB">
        <w:rPr>
          <w:rFonts w:asciiTheme="majorHAnsi" w:hAnsiTheme="majorHAnsi" w:cstheme="majorHAnsi"/>
          <w:lang w:val="it-IT"/>
        </w:rPr>
        <w:t xml:space="preserve"> </w:t>
      </w:r>
    </w:p>
    <w:permStart w:id="1594384249" w:edGrp="everyone"/>
    <w:p w14:paraId="48D2931D" w14:textId="6BE75536" w:rsidR="00756237" w:rsidRPr="000D2AAB" w:rsidRDefault="00000000">
      <w:pPr>
        <w:rPr>
          <w:rFonts w:asciiTheme="majorHAnsi" w:hAnsiTheme="majorHAnsi" w:cstheme="majorHAnsi"/>
          <w:lang w:val="it-IT"/>
        </w:rPr>
      </w:pPr>
      <w:sdt>
        <w:sdtPr>
          <w:rPr>
            <w:rFonts w:asciiTheme="majorHAnsi" w:hAnsiTheme="majorHAnsi" w:cstheme="majorHAnsi"/>
            <w:lang w:val="it-IT"/>
          </w:rPr>
          <w:id w:val="-857117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2AFD">
            <w:rPr>
              <w:rFonts w:ascii="MS Gothic" w:eastAsia="MS Gothic" w:hAnsi="MS Gothic" w:cstheme="majorHAnsi" w:hint="eastAsia"/>
              <w:lang w:val="it-IT"/>
            </w:rPr>
            <w:t>☐</w:t>
          </w:r>
        </w:sdtContent>
      </w:sdt>
      <w:permEnd w:id="1594384249"/>
      <w:r w:rsidR="00772AFD" w:rsidRPr="000D2AAB">
        <w:rPr>
          <w:rFonts w:asciiTheme="majorHAnsi" w:hAnsiTheme="majorHAnsi" w:cstheme="majorHAnsi"/>
          <w:lang w:val="it-IT"/>
        </w:rPr>
        <w:t>Rassegna stampa</w:t>
      </w:r>
    </w:p>
    <w:p w14:paraId="5162A7D6" w14:textId="77507E7D" w:rsidR="00756237" w:rsidRPr="000D2AAB" w:rsidRDefault="00000000">
      <w:pPr>
        <w:rPr>
          <w:rFonts w:asciiTheme="majorHAnsi" w:hAnsiTheme="majorHAnsi" w:cstheme="majorHAnsi"/>
          <w:lang w:val="it-IT"/>
        </w:rPr>
      </w:pPr>
      <w:sdt>
        <w:sdtPr>
          <w:rPr>
            <w:rFonts w:asciiTheme="majorHAnsi" w:hAnsiTheme="majorHAnsi" w:cstheme="majorHAnsi"/>
            <w:lang w:val="it-IT"/>
          </w:rPr>
          <w:id w:val="57520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244423696" w:edGrp="everyone"/>
          <w:r w:rsidR="00772AFD">
            <w:rPr>
              <w:rFonts w:ascii="MS Gothic" w:eastAsia="MS Gothic" w:hAnsi="MS Gothic" w:cstheme="majorHAnsi" w:hint="eastAsia"/>
              <w:lang w:val="it-IT"/>
            </w:rPr>
            <w:t>☐</w:t>
          </w:r>
          <w:permEnd w:id="1244423696"/>
        </w:sdtContent>
      </w:sdt>
      <w:r w:rsidR="00772AFD" w:rsidRPr="000D2AAB">
        <w:rPr>
          <w:rFonts w:asciiTheme="majorHAnsi" w:hAnsiTheme="majorHAnsi" w:cstheme="majorHAnsi"/>
          <w:lang w:val="it-IT"/>
        </w:rPr>
        <w:t>Locandine/manifesti</w:t>
      </w:r>
      <w:r w:rsidR="00CD1740" w:rsidRPr="000D2AAB">
        <w:rPr>
          <w:rFonts w:asciiTheme="majorHAnsi" w:hAnsiTheme="majorHAnsi" w:cstheme="majorHAnsi"/>
          <w:lang w:val="it-IT"/>
        </w:rPr>
        <w:t>/card social</w:t>
      </w:r>
    </w:p>
    <w:p w14:paraId="50CDA797" w14:textId="2CBD019F" w:rsidR="00756237" w:rsidRPr="000D2AAB" w:rsidRDefault="00000000">
      <w:pPr>
        <w:rPr>
          <w:rFonts w:asciiTheme="majorHAnsi" w:hAnsiTheme="majorHAnsi" w:cstheme="majorHAnsi"/>
          <w:lang w:val="it-IT"/>
        </w:rPr>
      </w:pPr>
      <w:sdt>
        <w:sdtPr>
          <w:rPr>
            <w:rFonts w:asciiTheme="majorHAnsi" w:hAnsiTheme="majorHAnsi" w:cstheme="majorHAnsi"/>
            <w:lang w:val="it-IT"/>
          </w:rPr>
          <w:id w:val="-1835590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99647016" w:edGrp="everyone"/>
          <w:r w:rsidR="00772AFD">
            <w:rPr>
              <w:rFonts w:ascii="MS Gothic" w:eastAsia="MS Gothic" w:hAnsi="MS Gothic" w:cstheme="majorHAnsi" w:hint="eastAsia"/>
              <w:lang w:val="it-IT"/>
            </w:rPr>
            <w:t>☐</w:t>
          </w:r>
          <w:permEnd w:id="99647016"/>
        </w:sdtContent>
      </w:sdt>
      <w:r w:rsidR="00772AFD" w:rsidRPr="000D2AAB">
        <w:rPr>
          <w:rFonts w:asciiTheme="majorHAnsi" w:hAnsiTheme="majorHAnsi" w:cstheme="majorHAnsi"/>
          <w:lang w:val="it-IT"/>
        </w:rPr>
        <w:t>Screenshot/analytics (se disponibili)</w:t>
      </w:r>
    </w:p>
    <w:p w14:paraId="7CA32671" w14:textId="0BD6BBE1" w:rsidR="00756237" w:rsidRPr="000D2AAB" w:rsidRDefault="00000000">
      <w:pPr>
        <w:rPr>
          <w:rFonts w:asciiTheme="majorHAnsi" w:hAnsiTheme="majorHAnsi" w:cstheme="majorHAnsi"/>
          <w:lang w:val="it-IT"/>
        </w:rPr>
      </w:pPr>
      <w:sdt>
        <w:sdtPr>
          <w:rPr>
            <w:rFonts w:asciiTheme="majorHAnsi" w:hAnsiTheme="majorHAnsi" w:cstheme="majorHAnsi"/>
            <w:lang w:val="it-IT"/>
          </w:rPr>
          <w:id w:val="-2498072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551779596" w:edGrp="everyone"/>
          <w:r w:rsidR="00772AFD">
            <w:rPr>
              <w:rFonts w:ascii="MS Gothic" w:eastAsia="MS Gothic" w:hAnsi="MS Gothic" w:cstheme="majorHAnsi" w:hint="eastAsia"/>
              <w:lang w:val="it-IT"/>
            </w:rPr>
            <w:t>☐</w:t>
          </w:r>
          <w:permEnd w:id="1551779596"/>
        </w:sdtContent>
      </w:sdt>
      <w:r w:rsidR="00772AFD" w:rsidRPr="000D2AAB">
        <w:rPr>
          <w:rFonts w:asciiTheme="majorHAnsi" w:hAnsiTheme="majorHAnsi" w:cstheme="majorHAnsi"/>
          <w:lang w:val="it-IT"/>
        </w:rPr>
        <w:t>Copia pubblicazioni/cataloghi (PDF)</w:t>
      </w:r>
    </w:p>
    <w:p w14:paraId="1A06AE0C" w14:textId="7597B332" w:rsidR="00756237" w:rsidRPr="000D2AAB" w:rsidRDefault="00000000">
      <w:pPr>
        <w:rPr>
          <w:rFonts w:asciiTheme="majorHAnsi" w:hAnsiTheme="majorHAnsi" w:cstheme="majorHAnsi"/>
          <w:lang w:val="it-IT"/>
        </w:rPr>
      </w:pPr>
      <w:sdt>
        <w:sdtPr>
          <w:rPr>
            <w:rFonts w:asciiTheme="majorHAnsi" w:hAnsiTheme="majorHAnsi" w:cstheme="majorHAnsi"/>
            <w:lang w:val="it-IT"/>
          </w:rPr>
          <w:id w:val="405270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583687988" w:edGrp="everyone"/>
          <w:r w:rsidR="00772AFD">
            <w:rPr>
              <w:rFonts w:ascii="MS Gothic" w:eastAsia="MS Gothic" w:hAnsi="MS Gothic" w:cstheme="majorHAnsi" w:hint="eastAsia"/>
              <w:lang w:val="it-IT"/>
            </w:rPr>
            <w:t>☐</w:t>
          </w:r>
          <w:permEnd w:id="1583687988"/>
        </w:sdtContent>
      </w:sdt>
      <w:r w:rsidR="00772AFD" w:rsidRPr="000D2AAB">
        <w:rPr>
          <w:rFonts w:asciiTheme="majorHAnsi" w:hAnsiTheme="majorHAnsi" w:cstheme="majorHAnsi"/>
          <w:lang w:val="it-IT"/>
        </w:rPr>
        <w:t xml:space="preserve">Altro: </w:t>
      </w:r>
      <w:permStart w:id="1561679809" w:edGrp="everyone"/>
      <w:r w:rsidR="00772AFD" w:rsidRPr="000D2AAB">
        <w:rPr>
          <w:rFonts w:asciiTheme="majorHAnsi" w:hAnsiTheme="majorHAnsi" w:cstheme="majorHAnsi"/>
          <w:lang w:val="it-IT"/>
        </w:rPr>
        <w:t>[ ]</w:t>
      </w:r>
      <w:permEnd w:id="1561679809"/>
    </w:p>
    <w:p w14:paraId="0D4FB28B" w14:textId="77777777" w:rsidR="00756237" w:rsidRPr="000D2AAB" w:rsidRDefault="00756237">
      <w:pPr>
        <w:rPr>
          <w:rFonts w:asciiTheme="majorHAnsi" w:hAnsiTheme="majorHAnsi" w:cstheme="majorHAnsi"/>
          <w:lang w:val="it-IT"/>
        </w:rPr>
      </w:pPr>
    </w:p>
    <w:p w14:paraId="45812A1B" w14:textId="77777777" w:rsidR="00756237" w:rsidRPr="000D2AAB" w:rsidRDefault="00000000">
      <w:pPr>
        <w:rPr>
          <w:rFonts w:asciiTheme="majorHAnsi" w:hAnsiTheme="majorHAnsi" w:cstheme="majorHAnsi"/>
          <w:sz w:val="28"/>
          <w:szCs w:val="28"/>
          <w:lang w:val="it-IT"/>
        </w:rPr>
      </w:pPr>
      <w:r w:rsidRPr="000D2AAB">
        <w:rPr>
          <w:rFonts w:asciiTheme="majorHAnsi" w:hAnsiTheme="majorHAnsi" w:cstheme="majorHAnsi"/>
          <w:b/>
          <w:sz w:val="28"/>
          <w:szCs w:val="28"/>
          <w:lang w:val="it-IT"/>
        </w:rPr>
        <w:t>F. RENDICONTO ECONOMICO (CONSUNTIVO)</w:t>
      </w:r>
    </w:p>
    <w:p w14:paraId="07391CB6" w14:textId="77777777" w:rsidR="00756237" w:rsidRPr="000D2AAB" w:rsidRDefault="00000000">
      <w:pPr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Nota: indicare le spese sostenute e le entrate effettive. Il contributo della Fondazione può coprire al massimo l’importo deliberato; eventuali economie o maggiori spese devono essere gestite secondo le indicazioni della Fondazione.</w:t>
      </w:r>
    </w:p>
    <w:tbl>
      <w:tblPr>
        <w:tblStyle w:val="Grigliatabella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3314"/>
        <w:gridCol w:w="3314"/>
        <w:gridCol w:w="3314"/>
      </w:tblGrid>
      <w:tr w:rsidR="00756237" w:rsidRPr="000D2AAB" w14:paraId="14F6A35A" w14:textId="77777777" w:rsidTr="00FE3040">
        <w:tc>
          <w:tcPr>
            <w:tcW w:w="3324" w:type="dxa"/>
            <w:shd w:val="clear" w:color="auto" w:fill="EEECE1" w:themeFill="background2"/>
          </w:tcPr>
          <w:p w14:paraId="350F2FDC" w14:textId="77777777" w:rsidR="00756237" w:rsidRPr="000D2AAB" w:rsidRDefault="0075623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3324" w:type="dxa"/>
            <w:shd w:val="clear" w:color="auto" w:fill="EEECE1" w:themeFill="background2"/>
          </w:tcPr>
          <w:p w14:paraId="22ABD82D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Preventivo (€)</w:t>
            </w:r>
          </w:p>
        </w:tc>
        <w:tc>
          <w:tcPr>
            <w:tcW w:w="3324" w:type="dxa"/>
            <w:shd w:val="clear" w:color="auto" w:fill="EEECE1" w:themeFill="background2"/>
          </w:tcPr>
          <w:p w14:paraId="3590F43D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Consuntivo (€)</w:t>
            </w:r>
          </w:p>
        </w:tc>
      </w:tr>
      <w:tr w:rsidR="00756237" w:rsidRPr="000D2AAB" w14:paraId="302BB558" w14:textId="77777777" w:rsidTr="00FE3040">
        <w:tc>
          <w:tcPr>
            <w:tcW w:w="3324" w:type="dxa"/>
            <w:shd w:val="clear" w:color="auto" w:fill="EEECE1" w:themeFill="background2"/>
          </w:tcPr>
          <w:p w14:paraId="54E56958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permStart w:id="1627275473" w:edGrp="everyone" w:colFirst="1" w:colLast="1"/>
            <w:permStart w:id="694829731" w:edGrp="everyone" w:colFirst="2" w:colLast="2"/>
            <w:r w:rsidRPr="000D2AAB">
              <w:rPr>
                <w:rFonts w:asciiTheme="majorHAnsi" w:hAnsiTheme="majorHAnsi" w:cstheme="majorHAnsi"/>
              </w:rPr>
              <w:t>Totale spese progetto</w:t>
            </w:r>
          </w:p>
        </w:tc>
        <w:tc>
          <w:tcPr>
            <w:tcW w:w="3324" w:type="dxa"/>
            <w:shd w:val="clear" w:color="auto" w:fill="EEECE1" w:themeFill="background2"/>
          </w:tcPr>
          <w:p w14:paraId="000730E9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3324" w:type="dxa"/>
            <w:shd w:val="clear" w:color="auto" w:fill="EEECE1" w:themeFill="background2"/>
          </w:tcPr>
          <w:p w14:paraId="2EEC0940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169FD3B1" w14:textId="77777777" w:rsidTr="00FE3040">
        <w:tc>
          <w:tcPr>
            <w:tcW w:w="3324" w:type="dxa"/>
            <w:shd w:val="clear" w:color="auto" w:fill="EEECE1" w:themeFill="background2"/>
          </w:tcPr>
          <w:p w14:paraId="17D8B0F6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permStart w:id="1866955476" w:edGrp="everyone" w:colFirst="1" w:colLast="1"/>
            <w:permStart w:id="1262629736" w:edGrp="everyone" w:colFirst="2" w:colLast="2"/>
            <w:permEnd w:id="1627275473"/>
            <w:permEnd w:id="694829731"/>
            <w:r w:rsidRPr="000D2AAB">
              <w:rPr>
                <w:rFonts w:asciiTheme="majorHAnsi" w:hAnsiTheme="majorHAnsi" w:cstheme="majorHAnsi"/>
              </w:rPr>
              <w:t>Totale entrate progetto</w:t>
            </w:r>
          </w:p>
        </w:tc>
        <w:tc>
          <w:tcPr>
            <w:tcW w:w="3324" w:type="dxa"/>
            <w:shd w:val="clear" w:color="auto" w:fill="EEECE1" w:themeFill="background2"/>
          </w:tcPr>
          <w:p w14:paraId="6F09857C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3324" w:type="dxa"/>
            <w:shd w:val="clear" w:color="auto" w:fill="EEECE1" w:themeFill="background2"/>
          </w:tcPr>
          <w:p w14:paraId="5B52E81F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permEnd w:id="1866955476"/>
      <w:permEnd w:id="1262629736"/>
    </w:tbl>
    <w:p w14:paraId="08157285" w14:textId="77777777" w:rsidR="00FE3040" w:rsidRPr="000D2AAB" w:rsidRDefault="00FE3040">
      <w:pPr>
        <w:rPr>
          <w:rFonts w:asciiTheme="majorHAnsi" w:hAnsiTheme="majorHAnsi" w:cstheme="majorHAnsi"/>
          <w:lang w:val="it-IT"/>
        </w:rPr>
      </w:pPr>
    </w:p>
    <w:p w14:paraId="1646485C" w14:textId="3AADD3D9" w:rsidR="00756237" w:rsidRPr="000D2AAB" w:rsidRDefault="00000000">
      <w:pPr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F1. Dettaglio spese</w:t>
      </w:r>
      <w:r w:rsidR="00374C78">
        <w:rPr>
          <w:rFonts w:asciiTheme="majorHAnsi" w:hAnsiTheme="majorHAnsi" w:cstheme="majorHAnsi"/>
          <w:lang w:val="it-IT"/>
        </w:rPr>
        <w:t>:</w:t>
      </w:r>
    </w:p>
    <w:tbl>
      <w:tblPr>
        <w:tblStyle w:val="Grigliatabella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311"/>
        <w:gridCol w:w="1924"/>
        <w:gridCol w:w="1928"/>
        <w:gridCol w:w="1921"/>
        <w:gridCol w:w="1858"/>
      </w:tblGrid>
      <w:tr w:rsidR="00756237" w:rsidRPr="000D2AAB" w14:paraId="4FA9AF4D" w14:textId="77777777" w:rsidTr="00127549">
        <w:tc>
          <w:tcPr>
            <w:tcW w:w="2323" w:type="dxa"/>
            <w:shd w:val="clear" w:color="auto" w:fill="EEECE1" w:themeFill="background2"/>
          </w:tcPr>
          <w:p w14:paraId="2152B3BC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Voce di costo</w:t>
            </w:r>
          </w:p>
        </w:tc>
        <w:tc>
          <w:tcPr>
            <w:tcW w:w="1971" w:type="dxa"/>
            <w:shd w:val="clear" w:color="auto" w:fill="EEECE1" w:themeFill="background2"/>
          </w:tcPr>
          <w:p w14:paraId="7CC6039E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Preventivo (€)</w:t>
            </w:r>
          </w:p>
        </w:tc>
        <w:tc>
          <w:tcPr>
            <w:tcW w:w="1973" w:type="dxa"/>
            <w:shd w:val="clear" w:color="auto" w:fill="EEECE1" w:themeFill="background2"/>
          </w:tcPr>
          <w:p w14:paraId="5385B9CF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Consuntivo (€)</w:t>
            </w:r>
          </w:p>
        </w:tc>
        <w:tc>
          <w:tcPr>
            <w:tcW w:w="1970" w:type="dxa"/>
            <w:shd w:val="clear" w:color="auto" w:fill="EEECE1" w:themeFill="background2"/>
          </w:tcPr>
          <w:p w14:paraId="4C362C51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  <w:lang w:val="it-IT"/>
              </w:rPr>
            </w:pPr>
            <w:r w:rsidRPr="000D2AAB">
              <w:rPr>
                <w:rFonts w:asciiTheme="majorHAnsi" w:hAnsiTheme="majorHAnsi" w:cstheme="majorHAnsi"/>
                <w:b/>
                <w:bCs/>
                <w:lang w:val="it-IT"/>
              </w:rPr>
              <w:t>Quota imputata al contributo FGR (€)</w:t>
            </w:r>
          </w:p>
        </w:tc>
        <w:tc>
          <w:tcPr>
            <w:tcW w:w="1936" w:type="dxa"/>
            <w:shd w:val="clear" w:color="auto" w:fill="EEECE1" w:themeFill="background2"/>
          </w:tcPr>
          <w:p w14:paraId="554EEB67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Note</w:t>
            </w:r>
          </w:p>
        </w:tc>
      </w:tr>
      <w:tr w:rsidR="00756237" w:rsidRPr="000D2AAB" w14:paraId="5C9258DC" w14:textId="77777777" w:rsidTr="00127549">
        <w:tc>
          <w:tcPr>
            <w:tcW w:w="2323" w:type="dxa"/>
            <w:shd w:val="clear" w:color="auto" w:fill="EEECE1" w:themeFill="background2"/>
          </w:tcPr>
          <w:p w14:paraId="3BB6F17E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permStart w:id="271347068" w:edGrp="everyone" w:colFirst="1" w:colLast="1"/>
            <w:permStart w:id="69672154" w:edGrp="everyone" w:colFirst="2" w:colLast="2"/>
            <w:permStart w:id="784925243" w:edGrp="everyone" w:colFirst="3" w:colLast="3"/>
            <w:permStart w:id="330176126" w:edGrp="everyone" w:colFirst="4" w:colLast="4"/>
            <w:r w:rsidRPr="000D2AAB">
              <w:rPr>
                <w:rFonts w:asciiTheme="majorHAnsi" w:hAnsiTheme="majorHAnsi" w:cstheme="majorHAnsi"/>
              </w:rPr>
              <w:t>Personale / compensi professionali</w:t>
            </w:r>
          </w:p>
        </w:tc>
        <w:tc>
          <w:tcPr>
            <w:tcW w:w="1971" w:type="dxa"/>
            <w:shd w:val="clear" w:color="auto" w:fill="EEECE1" w:themeFill="background2"/>
          </w:tcPr>
          <w:p w14:paraId="745B446A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73" w:type="dxa"/>
            <w:shd w:val="clear" w:color="auto" w:fill="EEECE1" w:themeFill="background2"/>
          </w:tcPr>
          <w:p w14:paraId="6C5C87F2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70" w:type="dxa"/>
            <w:shd w:val="clear" w:color="auto" w:fill="EEECE1" w:themeFill="background2"/>
          </w:tcPr>
          <w:p w14:paraId="34D84F6B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36" w:type="dxa"/>
            <w:shd w:val="clear" w:color="auto" w:fill="EEECE1" w:themeFill="background2"/>
          </w:tcPr>
          <w:p w14:paraId="696B8320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7CC71A67" w14:textId="77777777" w:rsidTr="00127549">
        <w:tc>
          <w:tcPr>
            <w:tcW w:w="2323" w:type="dxa"/>
            <w:shd w:val="clear" w:color="auto" w:fill="EEECE1" w:themeFill="background2"/>
          </w:tcPr>
          <w:p w14:paraId="7567E1E3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permStart w:id="338304185" w:edGrp="everyone" w:colFirst="1" w:colLast="1"/>
            <w:permStart w:id="2072656699" w:edGrp="everyone" w:colFirst="2" w:colLast="2"/>
            <w:permStart w:id="1601713097" w:edGrp="everyone" w:colFirst="3" w:colLast="3"/>
            <w:permStart w:id="1195064201" w:edGrp="everyone" w:colFirst="4" w:colLast="4"/>
            <w:permEnd w:id="271347068"/>
            <w:permEnd w:id="69672154"/>
            <w:permEnd w:id="784925243"/>
            <w:permEnd w:id="330176126"/>
            <w:r w:rsidRPr="000D2AAB">
              <w:rPr>
                <w:rFonts w:asciiTheme="majorHAnsi" w:hAnsiTheme="majorHAnsi" w:cstheme="majorHAnsi"/>
              </w:rPr>
              <w:t>Prestazioni artistiche / relatori</w:t>
            </w:r>
          </w:p>
        </w:tc>
        <w:tc>
          <w:tcPr>
            <w:tcW w:w="1971" w:type="dxa"/>
            <w:shd w:val="clear" w:color="auto" w:fill="EEECE1" w:themeFill="background2"/>
          </w:tcPr>
          <w:p w14:paraId="2D51A5DF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73" w:type="dxa"/>
            <w:shd w:val="clear" w:color="auto" w:fill="EEECE1" w:themeFill="background2"/>
          </w:tcPr>
          <w:p w14:paraId="30551EC6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70" w:type="dxa"/>
            <w:shd w:val="clear" w:color="auto" w:fill="EEECE1" w:themeFill="background2"/>
          </w:tcPr>
          <w:p w14:paraId="4C8A65B3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36" w:type="dxa"/>
            <w:shd w:val="clear" w:color="auto" w:fill="EEECE1" w:themeFill="background2"/>
          </w:tcPr>
          <w:p w14:paraId="746C60B6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030C3545" w14:textId="77777777" w:rsidTr="00127549">
        <w:tc>
          <w:tcPr>
            <w:tcW w:w="2323" w:type="dxa"/>
            <w:shd w:val="clear" w:color="auto" w:fill="EEECE1" w:themeFill="background2"/>
          </w:tcPr>
          <w:p w14:paraId="7D4CDE05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permStart w:id="1456433064" w:edGrp="everyone" w:colFirst="1" w:colLast="1"/>
            <w:permStart w:id="899684641" w:edGrp="everyone" w:colFirst="2" w:colLast="2"/>
            <w:permStart w:id="216299985" w:edGrp="everyone" w:colFirst="3" w:colLast="3"/>
            <w:permStart w:id="969816055" w:edGrp="everyone" w:colFirst="4" w:colLast="4"/>
            <w:permEnd w:id="338304185"/>
            <w:permEnd w:id="2072656699"/>
            <w:permEnd w:id="1601713097"/>
            <w:permEnd w:id="1195064201"/>
            <w:r w:rsidRPr="000D2AAB">
              <w:rPr>
                <w:rFonts w:asciiTheme="majorHAnsi" w:hAnsiTheme="majorHAnsi" w:cstheme="majorHAnsi"/>
              </w:rPr>
              <w:t>Servizi (allestimenti, service, noleggi)</w:t>
            </w:r>
          </w:p>
        </w:tc>
        <w:tc>
          <w:tcPr>
            <w:tcW w:w="1971" w:type="dxa"/>
            <w:shd w:val="clear" w:color="auto" w:fill="EEECE1" w:themeFill="background2"/>
          </w:tcPr>
          <w:p w14:paraId="08EE68B8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73" w:type="dxa"/>
            <w:shd w:val="clear" w:color="auto" w:fill="EEECE1" w:themeFill="background2"/>
          </w:tcPr>
          <w:p w14:paraId="3D341AE8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70" w:type="dxa"/>
            <w:shd w:val="clear" w:color="auto" w:fill="EEECE1" w:themeFill="background2"/>
          </w:tcPr>
          <w:p w14:paraId="12F91BBD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36" w:type="dxa"/>
            <w:shd w:val="clear" w:color="auto" w:fill="EEECE1" w:themeFill="background2"/>
          </w:tcPr>
          <w:p w14:paraId="79A9D2E3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19114EF9" w14:textId="77777777" w:rsidTr="00127549">
        <w:tc>
          <w:tcPr>
            <w:tcW w:w="2323" w:type="dxa"/>
            <w:shd w:val="clear" w:color="auto" w:fill="EEECE1" w:themeFill="background2"/>
          </w:tcPr>
          <w:p w14:paraId="066453A3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permStart w:id="1059672370" w:edGrp="everyone" w:colFirst="1" w:colLast="1"/>
            <w:permStart w:id="162612441" w:edGrp="everyone" w:colFirst="2" w:colLast="2"/>
            <w:permStart w:id="776171785" w:edGrp="everyone" w:colFirst="3" w:colLast="3"/>
            <w:permStart w:id="307722218" w:edGrp="everyone" w:colFirst="4" w:colLast="4"/>
            <w:permEnd w:id="1456433064"/>
            <w:permEnd w:id="899684641"/>
            <w:permEnd w:id="216299985"/>
            <w:permEnd w:id="969816055"/>
            <w:r w:rsidRPr="000D2AAB">
              <w:rPr>
                <w:rFonts w:asciiTheme="majorHAnsi" w:hAnsiTheme="majorHAnsi" w:cstheme="majorHAnsi"/>
              </w:rPr>
              <w:t>Materiali e forniture</w:t>
            </w:r>
          </w:p>
        </w:tc>
        <w:tc>
          <w:tcPr>
            <w:tcW w:w="1971" w:type="dxa"/>
            <w:shd w:val="clear" w:color="auto" w:fill="EEECE1" w:themeFill="background2"/>
          </w:tcPr>
          <w:p w14:paraId="51E95734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73" w:type="dxa"/>
            <w:shd w:val="clear" w:color="auto" w:fill="EEECE1" w:themeFill="background2"/>
          </w:tcPr>
          <w:p w14:paraId="7FC33F31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70" w:type="dxa"/>
            <w:shd w:val="clear" w:color="auto" w:fill="EEECE1" w:themeFill="background2"/>
          </w:tcPr>
          <w:p w14:paraId="005C3F81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36" w:type="dxa"/>
            <w:shd w:val="clear" w:color="auto" w:fill="EEECE1" w:themeFill="background2"/>
          </w:tcPr>
          <w:p w14:paraId="6DFCDF59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69BB2E9F" w14:textId="77777777" w:rsidTr="00127549">
        <w:tc>
          <w:tcPr>
            <w:tcW w:w="2323" w:type="dxa"/>
            <w:shd w:val="clear" w:color="auto" w:fill="EEECE1" w:themeFill="background2"/>
          </w:tcPr>
          <w:p w14:paraId="480F6F10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permStart w:id="939610882" w:edGrp="everyone" w:colFirst="1" w:colLast="1"/>
            <w:permStart w:id="680735277" w:edGrp="everyone" w:colFirst="2" w:colLast="2"/>
            <w:permStart w:id="2104574386" w:edGrp="everyone" w:colFirst="3" w:colLast="3"/>
            <w:permStart w:id="1472275980" w:edGrp="everyone" w:colFirst="4" w:colLast="4"/>
            <w:permEnd w:id="1059672370"/>
            <w:permEnd w:id="162612441"/>
            <w:permEnd w:id="776171785"/>
            <w:permEnd w:id="307722218"/>
            <w:r w:rsidRPr="000D2AAB">
              <w:rPr>
                <w:rFonts w:asciiTheme="majorHAnsi" w:hAnsiTheme="majorHAnsi" w:cstheme="majorHAnsi"/>
              </w:rPr>
              <w:t>Comunicazione e promozione</w:t>
            </w:r>
          </w:p>
        </w:tc>
        <w:tc>
          <w:tcPr>
            <w:tcW w:w="1971" w:type="dxa"/>
            <w:shd w:val="clear" w:color="auto" w:fill="EEECE1" w:themeFill="background2"/>
          </w:tcPr>
          <w:p w14:paraId="13249307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73" w:type="dxa"/>
            <w:shd w:val="clear" w:color="auto" w:fill="EEECE1" w:themeFill="background2"/>
          </w:tcPr>
          <w:p w14:paraId="7D2941B1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70" w:type="dxa"/>
            <w:shd w:val="clear" w:color="auto" w:fill="EEECE1" w:themeFill="background2"/>
          </w:tcPr>
          <w:p w14:paraId="32CA0E73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36" w:type="dxa"/>
            <w:shd w:val="clear" w:color="auto" w:fill="EEECE1" w:themeFill="background2"/>
          </w:tcPr>
          <w:p w14:paraId="0C992207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2A66771A" w14:textId="77777777" w:rsidTr="00127549">
        <w:tc>
          <w:tcPr>
            <w:tcW w:w="2323" w:type="dxa"/>
            <w:shd w:val="clear" w:color="auto" w:fill="EEECE1" w:themeFill="background2"/>
          </w:tcPr>
          <w:p w14:paraId="4CF87FEC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permStart w:id="575292464" w:edGrp="everyone" w:colFirst="1" w:colLast="1"/>
            <w:permStart w:id="2068198432" w:edGrp="everyone" w:colFirst="2" w:colLast="2"/>
            <w:permStart w:id="1576799224" w:edGrp="everyone" w:colFirst="3" w:colLast="3"/>
            <w:permStart w:id="249716528" w:edGrp="everyone" w:colFirst="4" w:colLast="4"/>
            <w:permEnd w:id="939610882"/>
            <w:permEnd w:id="680735277"/>
            <w:permEnd w:id="2104574386"/>
            <w:permEnd w:id="1472275980"/>
            <w:r w:rsidRPr="000D2AAB">
              <w:rPr>
                <w:rFonts w:asciiTheme="majorHAnsi" w:hAnsiTheme="majorHAnsi" w:cstheme="majorHAnsi"/>
              </w:rPr>
              <w:t>Spese viaggio/vitto/alloggio</w:t>
            </w:r>
          </w:p>
        </w:tc>
        <w:tc>
          <w:tcPr>
            <w:tcW w:w="1971" w:type="dxa"/>
            <w:shd w:val="clear" w:color="auto" w:fill="EEECE1" w:themeFill="background2"/>
          </w:tcPr>
          <w:p w14:paraId="74506BBB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73" w:type="dxa"/>
            <w:shd w:val="clear" w:color="auto" w:fill="EEECE1" w:themeFill="background2"/>
          </w:tcPr>
          <w:p w14:paraId="4C41CD75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70" w:type="dxa"/>
            <w:shd w:val="clear" w:color="auto" w:fill="EEECE1" w:themeFill="background2"/>
          </w:tcPr>
          <w:p w14:paraId="1373EA55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36" w:type="dxa"/>
            <w:shd w:val="clear" w:color="auto" w:fill="EEECE1" w:themeFill="background2"/>
          </w:tcPr>
          <w:p w14:paraId="60F176C6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5D285E47" w14:textId="77777777" w:rsidTr="00127549">
        <w:tc>
          <w:tcPr>
            <w:tcW w:w="2323" w:type="dxa"/>
            <w:shd w:val="clear" w:color="auto" w:fill="EEECE1" w:themeFill="background2"/>
          </w:tcPr>
          <w:p w14:paraId="37F3ECDF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permStart w:id="784280519" w:edGrp="everyone" w:colFirst="1" w:colLast="1"/>
            <w:permStart w:id="1387537428" w:edGrp="everyone" w:colFirst="2" w:colLast="2"/>
            <w:permStart w:id="708384199" w:edGrp="everyone" w:colFirst="3" w:colLast="3"/>
            <w:permStart w:id="714671571" w:edGrp="everyone" w:colFirst="4" w:colLast="4"/>
            <w:permEnd w:id="575292464"/>
            <w:permEnd w:id="2068198432"/>
            <w:permEnd w:id="1576799224"/>
            <w:permEnd w:id="249716528"/>
            <w:r w:rsidRPr="000D2AAB">
              <w:rPr>
                <w:rFonts w:asciiTheme="majorHAnsi" w:hAnsiTheme="majorHAnsi" w:cstheme="majorHAnsi"/>
              </w:rPr>
              <w:t>Affitti/uso spazi</w:t>
            </w:r>
          </w:p>
        </w:tc>
        <w:tc>
          <w:tcPr>
            <w:tcW w:w="1971" w:type="dxa"/>
            <w:shd w:val="clear" w:color="auto" w:fill="EEECE1" w:themeFill="background2"/>
          </w:tcPr>
          <w:p w14:paraId="23D30B58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73" w:type="dxa"/>
            <w:shd w:val="clear" w:color="auto" w:fill="EEECE1" w:themeFill="background2"/>
          </w:tcPr>
          <w:p w14:paraId="7266EAC2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70" w:type="dxa"/>
            <w:shd w:val="clear" w:color="auto" w:fill="EEECE1" w:themeFill="background2"/>
          </w:tcPr>
          <w:p w14:paraId="714912BA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36" w:type="dxa"/>
            <w:shd w:val="clear" w:color="auto" w:fill="EEECE1" w:themeFill="background2"/>
          </w:tcPr>
          <w:p w14:paraId="1B606C53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68F2FC63" w14:textId="77777777" w:rsidTr="00127549">
        <w:tc>
          <w:tcPr>
            <w:tcW w:w="2323" w:type="dxa"/>
            <w:shd w:val="clear" w:color="auto" w:fill="EEECE1" w:themeFill="background2"/>
          </w:tcPr>
          <w:p w14:paraId="70B5B77C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permStart w:id="1910270455" w:edGrp="everyone" w:colFirst="1" w:colLast="1"/>
            <w:permStart w:id="332947819" w:edGrp="everyone" w:colFirst="2" w:colLast="2"/>
            <w:permStart w:id="1381698445" w:edGrp="everyone" w:colFirst="3" w:colLast="3"/>
            <w:permStart w:id="431179474" w:edGrp="everyone" w:colFirst="4" w:colLast="4"/>
            <w:permEnd w:id="784280519"/>
            <w:permEnd w:id="1387537428"/>
            <w:permEnd w:id="708384199"/>
            <w:permEnd w:id="714671571"/>
            <w:r w:rsidRPr="000D2AAB">
              <w:rPr>
                <w:rFonts w:asciiTheme="majorHAnsi" w:hAnsiTheme="majorHAnsi" w:cstheme="majorHAnsi"/>
              </w:rPr>
              <w:t>Assicurazioni / permessi / diritti</w:t>
            </w:r>
          </w:p>
        </w:tc>
        <w:tc>
          <w:tcPr>
            <w:tcW w:w="1971" w:type="dxa"/>
            <w:shd w:val="clear" w:color="auto" w:fill="EEECE1" w:themeFill="background2"/>
          </w:tcPr>
          <w:p w14:paraId="064D0D42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73" w:type="dxa"/>
            <w:shd w:val="clear" w:color="auto" w:fill="EEECE1" w:themeFill="background2"/>
          </w:tcPr>
          <w:p w14:paraId="55023E2B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70" w:type="dxa"/>
            <w:shd w:val="clear" w:color="auto" w:fill="EEECE1" w:themeFill="background2"/>
          </w:tcPr>
          <w:p w14:paraId="5217E35E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36" w:type="dxa"/>
            <w:shd w:val="clear" w:color="auto" w:fill="EEECE1" w:themeFill="background2"/>
          </w:tcPr>
          <w:p w14:paraId="797A6EA1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02819952" w14:textId="77777777" w:rsidTr="00127549">
        <w:tc>
          <w:tcPr>
            <w:tcW w:w="2323" w:type="dxa"/>
            <w:shd w:val="clear" w:color="auto" w:fill="EEECE1" w:themeFill="background2"/>
          </w:tcPr>
          <w:p w14:paraId="4CC9635E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permStart w:id="188823972" w:edGrp="everyone"/>
            <w:permStart w:id="606412889" w:edGrp="everyone" w:colFirst="1" w:colLast="1"/>
            <w:permStart w:id="251683139" w:edGrp="everyone" w:colFirst="2" w:colLast="2"/>
            <w:permStart w:id="1383674761" w:edGrp="everyone" w:colFirst="3" w:colLast="3"/>
            <w:permStart w:id="533603347" w:edGrp="everyone" w:colFirst="4" w:colLast="4"/>
            <w:permEnd w:id="1910270455"/>
            <w:permEnd w:id="332947819"/>
            <w:permEnd w:id="1381698445"/>
            <w:permEnd w:id="431179474"/>
            <w:r w:rsidRPr="000D2AAB">
              <w:rPr>
                <w:rFonts w:asciiTheme="majorHAnsi" w:hAnsiTheme="majorHAnsi" w:cstheme="majorHAnsi"/>
              </w:rPr>
              <w:t>Altro (specificare)</w:t>
            </w:r>
            <w:permEnd w:id="188823972"/>
          </w:p>
        </w:tc>
        <w:tc>
          <w:tcPr>
            <w:tcW w:w="1971" w:type="dxa"/>
            <w:shd w:val="clear" w:color="auto" w:fill="EEECE1" w:themeFill="background2"/>
          </w:tcPr>
          <w:p w14:paraId="64F5DB39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73" w:type="dxa"/>
            <w:shd w:val="clear" w:color="auto" w:fill="EEECE1" w:themeFill="background2"/>
          </w:tcPr>
          <w:p w14:paraId="46E7FDE3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70" w:type="dxa"/>
            <w:shd w:val="clear" w:color="auto" w:fill="EEECE1" w:themeFill="background2"/>
          </w:tcPr>
          <w:p w14:paraId="4D03C1AF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36" w:type="dxa"/>
            <w:shd w:val="clear" w:color="auto" w:fill="EEECE1" w:themeFill="background2"/>
          </w:tcPr>
          <w:p w14:paraId="242A36B6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permEnd w:id="606412889"/>
      <w:permEnd w:id="251683139"/>
      <w:permEnd w:id="1383674761"/>
      <w:permEnd w:id="533603347"/>
    </w:tbl>
    <w:p w14:paraId="4BDCF9B8" w14:textId="77777777" w:rsidR="009A5583" w:rsidRPr="000D2AAB" w:rsidRDefault="009A5583">
      <w:pPr>
        <w:rPr>
          <w:rFonts w:asciiTheme="majorHAnsi" w:hAnsiTheme="majorHAnsi" w:cstheme="majorHAnsi"/>
          <w:lang w:val="it-IT"/>
        </w:rPr>
      </w:pPr>
    </w:p>
    <w:p w14:paraId="40E390EB" w14:textId="2B25F27A" w:rsidR="00756237" w:rsidRPr="000D2AAB" w:rsidRDefault="00000000">
      <w:pPr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F2. Dettaglio entrate</w:t>
      </w:r>
      <w:r w:rsidR="00374C78">
        <w:rPr>
          <w:rFonts w:asciiTheme="majorHAnsi" w:hAnsiTheme="majorHAnsi" w:cstheme="majorHAnsi"/>
          <w:lang w:val="it-IT"/>
        </w:rPr>
        <w:t>:</w:t>
      </w:r>
    </w:p>
    <w:tbl>
      <w:tblPr>
        <w:tblStyle w:val="Grigliatabella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473"/>
        <w:gridCol w:w="2434"/>
        <w:gridCol w:w="2435"/>
        <w:gridCol w:w="2600"/>
      </w:tblGrid>
      <w:tr w:rsidR="00756237" w:rsidRPr="000D2AAB" w14:paraId="778F7B9D" w14:textId="77777777" w:rsidTr="00374C78">
        <w:tc>
          <w:tcPr>
            <w:tcW w:w="2473" w:type="dxa"/>
            <w:shd w:val="clear" w:color="auto" w:fill="EEECE1" w:themeFill="background2"/>
          </w:tcPr>
          <w:p w14:paraId="753B4EB4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lastRenderedPageBreak/>
              <w:t>Fonte entrata</w:t>
            </w:r>
          </w:p>
        </w:tc>
        <w:tc>
          <w:tcPr>
            <w:tcW w:w="2434" w:type="dxa"/>
            <w:shd w:val="clear" w:color="auto" w:fill="EEECE1" w:themeFill="background2"/>
          </w:tcPr>
          <w:p w14:paraId="7F473D3B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Preventivo (€)</w:t>
            </w:r>
          </w:p>
        </w:tc>
        <w:tc>
          <w:tcPr>
            <w:tcW w:w="2435" w:type="dxa"/>
            <w:shd w:val="clear" w:color="auto" w:fill="EEECE1" w:themeFill="background2"/>
          </w:tcPr>
          <w:p w14:paraId="6B050BB9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Consuntivo (€)</w:t>
            </w:r>
          </w:p>
        </w:tc>
        <w:tc>
          <w:tcPr>
            <w:tcW w:w="2600" w:type="dxa"/>
            <w:shd w:val="clear" w:color="auto" w:fill="EEECE1" w:themeFill="background2"/>
          </w:tcPr>
          <w:p w14:paraId="3B9FABD2" w14:textId="77777777" w:rsidR="00756237" w:rsidRPr="000D2AAB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Note</w:t>
            </w:r>
          </w:p>
        </w:tc>
      </w:tr>
      <w:tr w:rsidR="00756237" w:rsidRPr="000D2AAB" w14:paraId="4834E39B" w14:textId="77777777" w:rsidTr="00374C78">
        <w:tc>
          <w:tcPr>
            <w:tcW w:w="2473" w:type="dxa"/>
            <w:shd w:val="clear" w:color="auto" w:fill="EEECE1" w:themeFill="background2"/>
          </w:tcPr>
          <w:p w14:paraId="56863E8E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permStart w:id="177232625" w:edGrp="everyone" w:colFirst="2" w:colLast="2"/>
            <w:permStart w:id="1774740539" w:edGrp="everyone" w:colFirst="3" w:colLast="3"/>
            <w:r w:rsidRPr="000D2AAB">
              <w:rPr>
                <w:rFonts w:asciiTheme="majorHAnsi" w:hAnsiTheme="majorHAnsi" w:cstheme="majorHAnsi"/>
              </w:rPr>
              <w:t>Contributo Fondazione Roi ETS</w:t>
            </w:r>
          </w:p>
        </w:tc>
        <w:tc>
          <w:tcPr>
            <w:tcW w:w="2434" w:type="dxa"/>
            <w:shd w:val="clear" w:color="auto" w:fill="FFFFFF" w:themeFill="background1"/>
          </w:tcPr>
          <w:p w14:paraId="771AA5A0" w14:textId="316F942D" w:rsidR="00756237" w:rsidRPr="000D2AAB" w:rsidRDefault="0075623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35" w:type="dxa"/>
            <w:shd w:val="clear" w:color="auto" w:fill="EEECE1" w:themeFill="background2"/>
          </w:tcPr>
          <w:p w14:paraId="5450D55F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2600" w:type="dxa"/>
            <w:shd w:val="clear" w:color="auto" w:fill="EEECE1" w:themeFill="background2"/>
          </w:tcPr>
          <w:p w14:paraId="3C168D3B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686AFD22" w14:textId="77777777" w:rsidTr="00374C78">
        <w:tc>
          <w:tcPr>
            <w:tcW w:w="2473" w:type="dxa"/>
            <w:shd w:val="clear" w:color="auto" w:fill="EEECE1" w:themeFill="background2"/>
          </w:tcPr>
          <w:p w14:paraId="300C7C9D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permStart w:id="56126514" w:edGrp="everyone" w:colFirst="2" w:colLast="2"/>
            <w:permStart w:id="21234023" w:edGrp="everyone" w:colFirst="3" w:colLast="3"/>
            <w:permStart w:id="1445998403" w:edGrp="everyone" w:colFirst="1" w:colLast="1"/>
            <w:permEnd w:id="177232625"/>
            <w:permEnd w:id="1774740539"/>
            <w:r w:rsidRPr="000D2AAB">
              <w:rPr>
                <w:rFonts w:asciiTheme="majorHAnsi" w:hAnsiTheme="majorHAnsi" w:cstheme="majorHAnsi"/>
              </w:rPr>
              <w:t>Altri contributi pubblici</w:t>
            </w:r>
          </w:p>
        </w:tc>
        <w:tc>
          <w:tcPr>
            <w:tcW w:w="2434" w:type="dxa"/>
            <w:shd w:val="clear" w:color="auto" w:fill="EEECE1" w:themeFill="background2"/>
          </w:tcPr>
          <w:p w14:paraId="6A155B90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2435" w:type="dxa"/>
            <w:shd w:val="clear" w:color="auto" w:fill="EEECE1" w:themeFill="background2"/>
          </w:tcPr>
          <w:p w14:paraId="50669CEC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2600" w:type="dxa"/>
            <w:shd w:val="clear" w:color="auto" w:fill="EEECE1" w:themeFill="background2"/>
          </w:tcPr>
          <w:p w14:paraId="0B9EDC02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25B44C0B" w14:textId="77777777" w:rsidTr="00374C78">
        <w:tc>
          <w:tcPr>
            <w:tcW w:w="2473" w:type="dxa"/>
            <w:shd w:val="clear" w:color="auto" w:fill="EEECE1" w:themeFill="background2"/>
          </w:tcPr>
          <w:p w14:paraId="6B7DFB55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permStart w:id="1366829797" w:edGrp="everyone" w:colFirst="2" w:colLast="2"/>
            <w:permStart w:id="818033337" w:edGrp="everyone" w:colFirst="3" w:colLast="3"/>
            <w:permStart w:id="830292316" w:edGrp="everyone" w:colFirst="1" w:colLast="1"/>
            <w:permEnd w:id="56126514"/>
            <w:permEnd w:id="21234023"/>
            <w:permEnd w:id="1445998403"/>
            <w:r w:rsidRPr="000D2AAB">
              <w:rPr>
                <w:rFonts w:asciiTheme="majorHAnsi" w:hAnsiTheme="majorHAnsi" w:cstheme="majorHAnsi"/>
              </w:rPr>
              <w:t>Altri contributi privati/sponsor</w:t>
            </w:r>
          </w:p>
        </w:tc>
        <w:tc>
          <w:tcPr>
            <w:tcW w:w="2434" w:type="dxa"/>
            <w:shd w:val="clear" w:color="auto" w:fill="EEECE1" w:themeFill="background2"/>
          </w:tcPr>
          <w:p w14:paraId="5B1FE0FE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2435" w:type="dxa"/>
            <w:shd w:val="clear" w:color="auto" w:fill="EEECE1" w:themeFill="background2"/>
          </w:tcPr>
          <w:p w14:paraId="71074683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2600" w:type="dxa"/>
            <w:shd w:val="clear" w:color="auto" w:fill="EEECE1" w:themeFill="background2"/>
          </w:tcPr>
          <w:p w14:paraId="3F29126A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10C44E4B" w14:textId="77777777" w:rsidTr="00374C78">
        <w:tc>
          <w:tcPr>
            <w:tcW w:w="2473" w:type="dxa"/>
            <w:shd w:val="clear" w:color="auto" w:fill="EEECE1" w:themeFill="background2"/>
          </w:tcPr>
          <w:p w14:paraId="10D60C2E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permStart w:id="510082422" w:edGrp="everyone" w:colFirst="2" w:colLast="2"/>
            <w:permStart w:id="854425499" w:edGrp="everyone" w:colFirst="3" w:colLast="3"/>
            <w:permStart w:id="63851171" w:edGrp="everyone" w:colFirst="1" w:colLast="1"/>
            <w:permEnd w:id="1366829797"/>
            <w:permEnd w:id="818033337"/>
            <w:permEnd w:id="830292316"/>
            <w:r w:rsidRPr="000D2AAB">
              <w:rPr>
                <w:rFonts w:asciiTheme="majorHAnsi" w:hAnsiTheme="majorHAnsi" w:cstheme="majorHAnsi"/>
              </w:rPr>
              <w:t>Biglietteria/iscrizioni</w:t>
            </w:r>
          </w:p>
        </w:tc>
        <w:tc>
          <w:tcPr>
            <w:tcW w:w="2434" w:type="dxa"/>
            <w:shd w:val="clear" w:color="auto" w:fill="EEECE1" w:themeFill="background2"/>
          </w:tcPr>
          <w:p w14:paraId="7E9DED71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2435" w:type="dxa"/>
            <w:shd w:val="clear" w:color="auto" w:fill="EEECE1" w:themeFill="background2"/>
          </w:tcPr>
          <w:p w14:paraId="0BAAF2C1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2600" w:type="dxa"/>
            <w:shd w:val="clear" w:color="auto" w:fill="EEECE1" w:themeFill="background2"/>
          </w:tcPr>
          <w:p w14:paraId="382F7C67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79710CCE" w14:textId="77777777" w:rsidTr="00374C78">
        <w:tc>
          <w:tcPr>
            <w:tcW w:w="2473" w:type="dxa"/>
            <w:shd w:val="clear" w:color="auto" w:fill="EEECE1" w:themeFill="background2"/>
          </w:tcPr>
          <w:p w14:paraId="55FC42AD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permStart w:id="1828681968" w:edGrp="everyone" w:colFirst="2" w:colLast="2"/>
            <w:permStart w:id="1836536336" w:edGrp="everyone" w:colFirst="3" w:colLast="3"/>
            <w:permStart w:id="2070229194" w:edGrp="everyone" w:colFirst="1" w:colLast="1"/>
            <w:permEnd w:id="510082422"/>
            <w:permEnd w:id="854425499"/>
            <w:permEnd w:id="63851171"/>
            <w:r w:rsidRPr="000D2AAB">
              <w:rPr>
                <w:rFonts w:asciiTheme="majorHAnsi" w:hAnsiTheme="majorHAnsi" w:cstheme="majorHAnsi"/>
              </w:rPr>
              <w:t>Risorse proprie</w:t>
            </w:r>
          </w:p>
        </w:tc>
        <w:tc>
          <w:tcPr>
            <w:tcW w:w="2434" w:type="dxa"/>
            <w:shd w:val="clear" w:color="auto" w:fill="EEECE1" w:themeFill="background2"/>
          </w:tcPr>
          <w:p w14:paraId="4996BFDD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2435" w:type="dxa"/>
            <w:shd w:val="clear" w:color="auto" w:fill="EEECE1" w:themeFill="background2"/>
          </w:tcPr>
          <w:p w14:paraId="374B5308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2600" w:type="dxa"/>
            <w:shd w:val="clear" w:color="auto" w:fill="EEECE1" w:themeFill="background2"/>
          </w:tcPr>
          <w:p w14:paraId="5FBD3A43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56237" w:rsidRPr="000D2AAB" w14:paraId="2B585F8D" w14:textId="77777777" w:rsidTr="00374C78">
        <w:tc>
          <w:tcPr>
            <w:tcW w:w="2473" w:type="dxa"/>
            <w:shd w:val="clear" w:color="auto" w:fill="EEECE1" w:themeFill="background2"/>
          </w:tcPr>
          <w:p w14:paraId="01052D55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permStart w:id="945899315" w:edGrp="everyone"/>
            <w:permStart w:id="1439189966" w:edGrp="everyone" w:colFirst="2" w:colLast="2"/>
            <w:permStart w:id="1909728307" w:edGrp="everyone" w:colFirst="3" w:colLast="3"/>
            <w:permStart w:id="420751913" w:edGrp="everyone" w:colFirst="1" w:colLast="1"/>
            <w:permEnd w:id="1828681968"/>
            <w:permEnd w:id="1836536336"/>
            <w:permEnd w:id="2070229194"/>
            <w:r w:rsidRPr="000D2AAB">
              <w:rPr>
                <w:rFonts w:asciiTheme="majorHAnsi" w:hAnsiTheme="majorHAnsi" w:cstheme="majorHAnsi"/>
              </w:rPr>
              <w:t>Altro (specificare)</w:t>
            </w:r>
            <w:permEnd w:id="945899315"/>
          </w:p>
        </w:tc>
        <w:tc>
          <w:tcPr>
            <w:tcW w:w="2434" w:type="dxa"/>
            <w:shd w:val="clear" w:color="auto" w:fill="EEECE1" w:themeFill="background2"/>
          </w:tcPr>
          <w:p w14:paraId="3EA8B7F9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2435" w:type="dxa"/>
            <w:shd w:val="clear" w:color="auto" w:fill="EEECE1" w:themeFill="background2"/>
          </w:tcPr>
          <w:p w14:paraId="69A697BC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2600" w:type="dxa"/>
            <w:shd w:val="clear" w:color="auto" w:fill="EEECE1" w:themeFill="background2"/>
          </w:tcPr>
          <w:p w14:paraId="3717E927" w14:textId="77777777" w:rsidR="00756237" w:rsidRPr="000D2AAB" w:rsidRDefault="00000000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374C78" w:rsidRPr="000D2AAB" w14:paraId="1EAEBF78" w14:textId="77777777" w:rsidTr="00374C78">
        <w:tc>
          <w:tcPr>
            <w:tcW w:w="2473" w:type="dxa"/>
            <w:shd w:val="clear" w:color="auto" w:fill="EEECE1" w:themeFill="background2"/>
          </w:tcPr>
          <w:p w14:paraId="2A357ACB" w14:textId="67125BED" w:rsidR="00374C78" w:rsidRPr="000D2AAB" w:rsidRDefault="00374C78" w:rsidP="00374C78">
            <w:pPr>
              <w:rPr>
                <w:rFonts w:asciiTheme="majorHAnsi" w:hAnsiTheme="majorHAnsi" w:cstheme="majorHAnsi"/>
              </w:rPr>
            </w:pPr>
            <w:permStart w:id="219239469" w:edGrp="everyone"/>
            <w:permStart w:id="1975983051" w:edGrp="everyone" w:colFirst="1" w:colLast="1"/>
            <w:permStart w:id="69673181" w:edGrp="everyone" w:colFirst="2" w:colLast="2"/>
            <w:permStart w:id="1306426101" w:edGrp="everyone" w:colFirst="3" w:colLast="3"/>
            <w:permEnd w:id="1439189966"/>
            <w:permEnd w:id="1909728307"/>
            <w:permEnd w:id="420751913"/>
            <w:r w:rsidRPr="000D2AAB">
              <w:rPr>
                <w:rFonts w:asciiTheme="majorHAnsi" w:hAnsiTheme="majorHAnsi" w:cstheme="majorHAnsi"/>
              </w:rPr>
              <w:t>Altro (</w:t>
            </w:r>
            <w:proofErr w:type="spellStart"/>
            <w:r w:rsidRPr="000D2AAB">
              <w:rPr>
                <w:rFonts w:asciiTheme="majorHAnsi" w:hAnsiTheme="majorHAnsi" w:cstheme="majorHAnsi"/>
              </w:rPr>
              <w:t>specificare</w:t>
            </w:r>
            <w:proofErr w:type="spellEnd"/>
            <w:r w:rsidRPr="000D2AAB">
              <w:rPr>
                <w:rFonts w:asciiTheme="majorHAnsi" w:hAnsiTheme="majorHAnsi" w:cstheme="majorHAnsi"/>
              </w:rPr>
              <w:t>)</w:t>
            </w:r>
            <w:permEnd w:id="219239469"/>
          </w:p>
        </w:tc>
        <w:tc>
          <w:tcPr>
            <w:tcW w:w="2434" w:type="dxa"/>
            <w:shd w:val="clear" w:color="auto" w:fill="EEECE1" w:themeFill="background2"/>
          </w:tcPr>
          <w:p w14:paraId="60B48AFF" w14:textId="465D8CA2" w:rsidR="00374C78" w:rsidRPr="000D2AAB" w:rsidRDefault="00374C78" w:rsidP="00374C78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2435" w:type="dxa"/>
            <w:shd w:val="clear" w:color="auto" w:fill="EEECE1" w:themeFill="background2"/>
          </w:tcPr>
          <w:p w14:paraId="09453CE5" w14:textId="0DE8EE28" w:rsidR="00374C78" w:rsidRPr="000D2AAB" w:rsidRDefault="00374C78" w:rsidP="00374C78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2600" w:type="dxa"/>
            <w:shd w:val="clear" w:color="auto" w:fill="EEECE1" w:themeFill="background2"/>
          </w:tcPr>
          <w:p w14:paraId="403DD204" w14:textId="3C053D10" w:rsidR="00374C78" w:rsidRPr="000D2AAB" w:rsidRDefault="00374C78" w:rsidP="00374C78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374C78" w:rsidRPr="000D2AAB" w14:paraId="58BBCF70" w14:textId="77777777" w:rsidTr="00374C78">
        <w:tc>
          <w:tcPr>
            <w:tcW w:w="2473" w:type="dxa"/>
            <w:shd w:val="clear" w:color="auto" w:fill="EEECE1" w:themeFill="background2"/>
          </w:tcPr>
          <w:p w14:paraId="37F820FC" w14:textId="33EB221B" w:rsidR="00374C78" w:rsidRPr="000D2AAB" w:rsidRDefault="00374C78" w:rsidP="00374C78">
            <w:pPr>
              <w:rPr>
                <w:rFonts w:asciiTheme="majorHAnsi" w:hAnsiTheme="majorHAnsi" w:cstheme="majorHAnsi"/>
              </w:rPr>
            </w:pPr>
            <w:permStart w:id="597176096" w:edGrp="everyone"/>
            <w:permStart w:id="1033468750" w:edGrp="everyone" w:colFirst="1" w:colLast="1"/>
            <w:permStart w:id="1747214705" w:edGrp="everyone" w:colFirst="2" w:colLast="2"/>
            <w:permStart w:id="1025050668" w:edGrp="everyone" w:colFirst="3" w:colLast="3"/>
            <w:permEnd w:id="1975983051"/>
            <w:permEnd w:id="69673181"/>
            <w:permEnd w:id="1306426101"/>
            <w:r w:rsidRPr="000D2AAB">
              <w:rPr>
                <w:rFonts w:asciiTheme="majorHAnsi" w:hAnsiTheme="majorHAnsi" w:cstheme="majorHAnsi"/>
              </w:rPr>
              <w:t>Altro (</w:t>
            </w:r>
            <w:proofErr w:type="spellStart"/>
            <w:r w:rsidRPr="000D2AAB">
              <w:rPr>
                <w:rFonts w:asciiTheme="majorHAnsi" w:hAnsiTheme="majorHAnsi" w:cstheme="majorHAnsi"/>
              </w:rPr>
              <w:t>specificare</w:t>
            </w:r>
            <w:proofErr w:type="spellEnd"/>
            <w:r w:rsidRPr="000D2AAB">
              <w:rPr>
                <w:rFonts w:asciiTheme="majorHAnsi" w:hAnsiTheme="majorHAnsi" w:cstheme="majorHAnsi"/>
              </w:rPr>
              <w:t>)</w:t>
            </w:r>
            <w:permEnd w:id="597176096"/>
          </w:p>
        </w:tc>
        <w:tc>
          <w:tcPr>
            <w:tcW w:w="2434" w:type="dxa"/>
            <w:shd w:val="clear" w:color="auto" w:fill="EEECE1" w:themeFill="background2"/>
          </w:tcPr>
          <w:p w14:paraId="45163AC3" w14:textId="5E882499" w:rsidR="00374C78" w:rsidRPr="000D2AAB" w:rsidRDefault="00374C78" w:rsidP="00374C78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2435" w:type="dxa"/>
            <w:shd w:val="clear" w:color="auto" w:fill="EEECE1" w:themeFill="background2"/>
          </w:tcPr>
          <w:p w14:paraId="00D9352B" w14:textId="27F0E3AA" w:rsidR="00374C78" w:rsidRPr="000D2AAB" w:rsidRDefault="00374C78" w:rsidP="00374C78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2600" w:type="dxa"/>
            <w:shd w:val="clear" w:color="auto" w:fill="EEECE1" w:themeFill="background2"/>
          </w:tcPr>
          <w:p w14:paraId="27D95C6F" w14:textId="5F5AC1AE" w:rsidR="00374C78" w:rsidRPr="000D2AAB" w:rsidRDefault="00374C78" w:rsidP="00374C78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374C78" w:rsidRPr="000D2AAB" w14:paraId="4B1818F5" w14:textId="77777777" w:rsidTr="00374C78">
        <w:tc>
          <w:tcPr>
            <w:tcW w:w="2473" w:type="dxa"/>
            <w:shd w:val="clear" w:color="auto" w:fill="EEECE1" w:themeFill="background2"/>
          </w:tcPr>
          <w:p w14:paraId="118AB50B" w14:textId="015D59B7" w:rsidR="00374C78" w:rsidRPr="000D2AAB" w:rsidRDefault="00374C78" w:rsidP="00374C78">
            <w:pPr>
              <w:rPr>
                <w:rFonts w:asciiTheme="majorHAnsi" w:hAnsiTheme="majorHAnsi" w:cstheme="majorHAnsi"/>
              </w:rPr>
            </w:pPr>
            <w:permStart w:id="405353188" w:edGrp="everyone"/>
            <w:permStart w:id="605367999" w:edGrp="everyone" w:colFirst="1" w:colLast="1"/>
            <w:permStart w:id="841841923" w:edGrp="everyone" w:colFirst="2" w:colLast="2"/>
            <w:permStart w:id="355808629" w:edGrp="everyone" w:colFirst="3" w:colLast="3"/>
            <w:permEnd w:id="1033468750"/>
            <w:permEnd w:id="1747214705"/>
            <w:permEnd w:id="1025050668"/>
            <w:r w:rsidRPr="000D2AAB">
              <w:rPr>
                <w:rFonts w:asciiTheme="majorHAnsi" w:hAnsiTheme="majorHAnsi" w:cstheme="majorHAnsi"/>
              </w:rPr>
              <w:t>Altro (</w:t>
            </w:r>
            <w:proofErr w:type="spellStart"/>
            <w:r w:rsidRPr="000D2AAB">
              <w:rPr>
                <w:rFonts w:asciiTheme="majorHAnsi" w:hAnsiTheme="majorHAnsi" w:cstheme="majorHAnsi"/>
              </w:rPr>
              <w:t>specificare</w:t>
            </w:r>
            <w:proofErr w:type="spellEnd"/>
            <w:r w:rsidRPr="000D2AAB">
              <w:rPr>
                <w:rFonts w:asciiTheme="majorHAnsi" w:hAnsiTheme="majorHAnsi" w:cstheme="majorHAnsi"/>
              </w:rPr>
              <w:t>)</w:t>
            </w:r>
            <w:permEnd w:id="405353188"/>
          </w:p>
        </w:tc>
        <w:tc>
          <w:tcPr>
            <w:tcW w:w="2434" w:type="dxa"/>
            <w:shd w:val="clear" w:color="auto" w:fill="EEECE1" w:themeFill="background2"/>
          </w:tcPr>
          <w:p w14:paraId="115014EE" w14:textId="75476225" w:rsidR="00374C78" w:rsidRPr="000D2AAB" w:rsidRDefault="00374C78" w:rsidP="00374C78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2435" w:type="dxa"/>
            <w:shd w:val="clear" w:color="auto" w:fill="EEECE1" w:themeFill="background2"/>
          </w:tcPr>
          <w:p w14:paraId="483FAF33" w14:textId="4E8D2D23" w:rsidR="00374C78" w:rsidRPr="000D2AAB" w:rsidRDefault="00374C78" w:rsidP="00374C78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2600" w:type="dxa"/>
            <w:shd w:val="clear" w:color="auto" w:fill="EEECE1" w:themeFill="background2"/>
          </w:tcPr>
          <w:p w14:paraId="4E310EF8" w14:textId="19097B4C" w:rsidR="00374C78" w:rsidRPr="000D2AAB" w:rsidRDefault="00374C78" w:rsidP="00374C78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permEnd w:id="605367999"/>
      <w:permEnd w:id="841841923"/>
      <w:permEnd w:id="355808629"/>
    </w:tbl>
    <w:p w14:paraId="78566AA7" w14:textId="77777777" w:rsidR="00756237" w:rsidRPr="000D2AAB" w:rsidRDefault="00756237">
      <w:pPr>
        <w:rPr>
          <w:rFonts w:asciiTheme="majorHAnsi" w:hAnsiTheme="majorHAnsi" w:cstheme="majorHAnsi"/>
        </w:rPr>
      </w:pPr>
    </w:p>
    <w:p w14:paraId="7999434F" w14:textId="13885674" w:rsidR="005E570E" w:rsidRPr="000D2AAB" w:rsidRDefault="00000000">
      <w:pPr>
        <w:rPr>
          <w:rFonts w:asciiTheme="majorHAnsi" w:hAnsiTheme="majorHAnsi" w:cstheme="majorHAnsi"/>
          <w:sz w:val="28"/>
          <w:szCs w:val="28"/>
          <w:lang w:val="it-IT"/>
        </w:rPr>
      </w:pPr>
      <w:r w:rsidRPr="000D2AAB">
        <w:rPr>
          <w:rFonts w:asciiTheme="majorHAnsi" w:hAnsiTheme="majorHAnsi" w:cstheme="majorHAnsi"/>
          <w:b/>
          <w:sz w:val="28"/>
          <w:szCs w:val="28"/>
          <w:lang w:val="it-IT"/>
        </w:rPr>
        <w:t>G. ELENCO GIUSTIFICATIVI DI SPESA (IMPUTATI AL CONTRIBUTO FGR)</w:t>
      </w:r>
    </w:p>
    <w:p w14:paraId="1357ED45" w14:textId="290FCE72" w:rsidR="00756237" w:rsidRPr="000D2AAB" w:rsidRDefault="00000000">
      <w:pPr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Allegare copia dei documenti di spesa e le evidenze di pagamento; i pagamenti devono essere tracciabili.</w:t>
      </w:r>
      <w:r w:rsidR="00761F7B" w:rsidRPr="000D2AAB">
        <w:rPr>
          <w:rFonts w:asciiTheme="majorHAnsi" w:hAnsiTheme="majorHAnsi" w:cstheme="majorHAnsi"/>
          <w:lang w:val="it-IT"/>
        </w:rPr>
        <w:t xml:space="preserve"> Aggiungere righe se necessario.</w:t>
      </w:r>
    </w:p>
    <w:tbl>
      <w:tblPr>
        <w:tblStyle w:val="Grigliatabella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244"/>
        <w:gridCol w:w="1928"/>
        <w:gridCol w:w="1940"/>
        <w:gridCol w:w="1926"/>
        <w:gridCol w:w="1904"/>
      </w:tblGrid>
      <w:tr w:rsidR="005E570E" w:rsidRPr="000D2AAB" w14:paraId="6240212E" w14:textId="77777777" w:rsidTr="00374C78">
        <w:tc>
          <w:tcPr>
            <w:tcW w:w="2244" w:type="dxa"/>
            <w:shd w:val="clear" w:color="auto" w:fill="EEECE1" w:themeFill="background2"/>
          </w:tcPr>
          <w:p w14:paraId="28309021" w14:textId="77777777" w:rsidR="005E570E" w:rsidRPr="000D2AAB" w:rsidRDefault="005E570E" w:rsidP="00FF149E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Voce di costo</w:t>
            </w:r>
          </w:p>
        </w:tc>
        <w:tc>
          <w:tcPr>
            <w:tcW w:w="1928" w:type="dxa"/>
            <w:shd w:val="clear" w:color="auto" w:fill="EEECE1" w:themeFill="background2"/>
          </w:tcPr>
          <w:p w14:paraId="6A160BDE" w14:textId="07008C3D" w:rsidR="005E570E" w:rsidRPr="000D2AAB" w:rsidRDefault="005E570E" w:rsidP="00FF149E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Fornitore</w:t>
            </w:r>
          </w:p>
        </w:tc>
        <w:tc>
          <w:tcPr>
            <w:tcW w:w="1940" w:type="dxa"/>
            <w:shd w:val="clear" w:color="auto" w:fill="EEECE1" w:themeFill="background2"/>
          </w:tcPr>
          <w:p w14:paraId="6AD2213B" w14:textId="6998B0EC" w:rsidR="005E570E" w:rsidRPr="000D2AAB" w:rsidRDefault="005E570E" w:rsidP="00FF149E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Documento</w:t>
            </w:r>
          </w:p>
        </w:tc>
        <w:tc>
          <w:tcPr>
            <w:tcW w:w="1926" w:type="dxa"/>
            <w:shd w:val="clear" w:color="auto" w:fill="EEECE1" w:themeFill="background2"/>
          </w:tcPr>
          <w:p w14:paraId="1A51CF9E" w14:textId="62727DA7" w:rsidR="005E570E" w:rsidRPr="000D2AAB" w:rsidRDefault="005E570E" w:rsidP="00FF149E">
            <w:pPr>
              <w:rPr>
                <w:rFonts w:asciiTheme="majorHAnsi" w:hAnsiTheme="majorHAnsi" w:cstheme="majorHAnsi"/>
                <w:b/>
                <w:bCs/>
                <w:lang w:val="it-IT"/>
              </w:rPr>
            </w:pPr>
            <w:r w:rsidRPr="000D2AAB">
              <w:rPr>
                <w:rFonts w:asciiTheme="majorHAnsi" w:hAnsiTheme="majorHAnsi" w:cstheme="majorHAnsi"/>
                <w:b/>
                <w:bCs/>
                <w:lang w:val="it-IT"/>
              </w:rPr>
              <w:t>Quota imputata a FGR (€)</w:t>
            </w:r>
          </w:p>
        </w:tc>
        <w:tc>
          <w:tcPr>
            <w:tcW w:w="1904" w:type="dxa"/>
            <w:shd w:val="clear" w:color="auto" w:fill="EEECE1" w:themeFill="background2"/>
          </w:tcPr>
          <w:p w14:paraId="4F96AB8D" w14:textId="29B25602" w:rsidR="005E570E" w:rsidRPr="000D2AAB" w:rsidRDefault="00761F7B" w:rsidP="00FF149E">
            <w:pPr>
              <w:rPr>
                <w:rFonts w:asciiTheme="majorHAnsi" w:hAnsiTheme="majorHAnsi" w:cstheme="majorHAnsi"/>
                <w:b/>
                <w:bCs/>
              </w:rPr>
            </w:pPr>
            <w:r w:rsidRPr="000D2AAB">
              <w:rPr>
                <w:rFonts w:asciiTheme="majorHAnsi" w:hAnsiTheme="majorHAnsi" w:cstheme="majorHAnsi"/>
                <w:b/>
                <w:bCs/>
              </w:rPr>
              <w:t>Totale documento</w:t>
            </w:r>
            <w:r w:rsidR="00772AFD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772AFD" w:rsidRPr="000D2AAB">
              <w:rPr>
                <w:rFonts w:asciiTheme="majorHAnsi" w:hAnsiTheme="majorHAnsi" w:cstheme="majorHAnsi"/>
                <w:b/>
                <w:bCs/>
                <w:lang w:val="it-IT"/>
              </w:rPr>
              <w:t>(€)</w:t>
            </w:r>
          </w:p>
        </w:tc>
      </w:tr>
      <w:tr w:rsidR="005E570E" w:rsidRPr="000D2AAB" w14:paraId="3E8C4C5F" w14:textId="77777777" w:rsidTr="00374C78">
        <w:tc>
          <w:tcPr>
            <w:tcW w:w="2244" w:type="dxa"/>
            <w:shd w:val="clear" w:color="auto" w:fill="EEECE1" w:themeFill="background2"/>
          </w:tcPr>
          <w:p w14:paraId="5145BD33" w14:textId="088BB290" w:rsidR="005E570E" w:rsidRPr="000D2AAB" w:rsidRDefault="005E570E" w:rsidP="00FF149E">
            <w:pPr>
              <w:rPr>
                <w:rFonts w:asciiTheme="majorHAnsi" w:hAnsiTheme="majorHAnsi" w:cstheme="majorHAnsi"/>
              </w:rPr>
            </w:pPr>
            <w:permStart w:id="65735997" w:edGrp="everyone" w:colFirst="0" w:colLast="0"/>
            <w:permStart w:id="935032707" w:edGrp="everyone" w:colFirst="1" w:colLast="1"/>
            <w:permStart w:id="1133332889" w:edGrp="everyone" w:colFirst="2" w:colLast="2"/>
            <w:permStart w:id="752962665" w:edGrp="everyone" w:colFirst="3" w:colLast="3"/>
            <w:permStart w:id="72441221" w:edGrp="everyone" w:colFirst="4" w:colLast="4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7B781F0C" w14:textId="77777777" w:rsidR="005E570E" w:rsidRPr="000D2AAB" w:rsidRDefault="005E570E" w:rsidP="00FF149E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4A4C012D" w14:textId="77777777" w:rsidR="005E570E" w:rsidRPr="000D2AAB" w:rsidRDefault="005E570E" w:rsidP="00FF149E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60D5F1E3" w14:textId="77777777" w:rsidR="005E570E" w:rsidRPr="000D2AAB" w:rsidRDefault="005E570E" w:rsidP="00FF149E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0AAD89CE" w14:textId="77777777" w:rsidR="005E570E" w:rsidRPr="000D2AAB" w:rsidRDefault="005E570E" w:rsidP="00FF149E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61F7B" w:rsidRPr="000D2AAB" w14:paraId="106C7D6D" w14:textId="77777777" w:rsidTr="00374C78">
        <w:tc>
          <w:tcPr>
            <w:tcW w:w="2244" w:type="dxa"/>
            <w:shd w:val="clear" w:color="auto" w:fill="EEECE1" w:themeFill="background2"/>
          </w:tcPr>
          <w:p w14:paraId="30CEB8A6" w14:textId="460645BC" w:rsidR="00761F7B" w:rsidRPr="000D2AAB" w:rsidRDefault="00761F7B" w:rsidP="00761F7B">
            <w:pPr>
              <w:rPr>
                <w:rFonts w:asciiTheme="majorHAnsi" w:hAnsiTheme="majorHAnsi" w:cstheme="majorHAnsi"/>
              </w:rPr>
            </w:pPr>
            <w:permStart w:id="862147713" w:edGrp="everyone" w:colFirst="0" w:colLast="0"/>
            <w:permStart w:id="1543835517" w:edGrp="everyone" w:colFirst="1" w:colLast="1"/>
            <w:permStart w:id="1147039249" w:edGrp="everyone" w:colFirst="2" w:colLast="2"/>
            <w:permStart w:id="561580833" w:edGrp="everyone" w:colFirst="3" w:colLast="3"/>
            <w:permStart w:id="1603823958" w:edGrp="everyone" w:colFirst="4" w:colLast="4"/>
            <w:permEnd w:id="65735997"/>
            <w:permEnd w:id="935032707"/>
            <w:permEnd w:id="1133332889"/>
            <w:permEnd w:id="752962665"/>
            <w:permEnd w:id="72441221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058E8A21" w14:textId="79AE199B" w:rsidR="00761F7B" w:rsidRPr="000D2AAB" w:rsidRDefault="00761F7B" w:rsidP="00761F7B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4855D4F3" w14:textId="2719471F" w:rsidR="00761F7B" w:rsidRPr="000D2AAB" w:rsidRDefault="00761F7B" w:rsidP="00761F7B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1FD75AA0" w14:textId="0FCA34D3" w:rsidR="00761F7B" w:rsidRPr="000D2AAB" w:rsidRDefault="00761F7B" w:rsidP="00761F7B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23BC78A1" w14:textId="5B593DD8" w:rsidR="00761F7B" w:rsidRPr="000D2AAB" w:rsidRDefault="00761F7B" w:rsidP="00761F7B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761F7B" w:rsidRPr="000D2AAB" w14:paraId="25D195FA" w14:textId="77777777" w:rsidTr="00374C78">
        <w:tc>
          <w:tcPr>
            <w:tcW w:w="2244" w:type="dxa"/>
            <w:shd w:val="clear" w:color="auto" w:fill="EEECE1" w:themeFill="background2"/>
          </w:tcPr>
          <w:p w14:paraId="4F58275B" w14:textId="736B9FE7" w:rsidR="00761F7B" w:rsidRPr="000D2AAB" w:rsidRDefault="00761F7B" w:rsidP="00761F7B">
            <w:pPr>
              <w:rPr>
                <w:rFonts w:asciiTheme="majorHAnsi" w:hAnsiTheme="majorHAnsi" w:cstheme="majorHAnsi"/>
              </w:rPr>
            </w:pPr>
            <w:permStart w:id="522198641" w:edGrp="everyone" w:colFirst="0" w:colLast="0"/>
            <w:permStart w:id="1101280851" w:edGrp="everyone" w:colFirst="1" w:colLast="1"/>
            <w:permStart w:id="542273951" w:edGrp="everyone" w:colFirst="2" w:colLast="2"/>
            <w:permStart w:id="1605314788" w:edGrp="everyone" w:colFirst="3" w:colLast="3"/>
            <w:permStart w:id="1718354395" w:edGrp="everyone" w:colFirst="4" w:colLast="4"/>
            <w:permEnd w:id="862147713"/>
            <w:permEnd w:id="1543835517"/>
            <w:permEnd w:id="1147039249"/>
            <w:permEnd w:id="561580833"/>
            <w:permEnd w:id="1603823958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03EAA4C1" w14:textId="02E260C0" w:rsidR="00761F7B" w:rsidRPr="000D2AAB" w:rsidRDefault="00761F7B" w:rsidP="00761F7B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5BBF39A8" w14:textId="41A654BB" w:rsidR="00761F7B" w:rsidRPr="000D2AAB" w:rsidRDefault="00761F7B" w:rsidP="00761F7B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5213CF0D" w14:textId="250D5F82" w:rsidR="00761F7B" w:rsidRPr="000D2AAB" w:rsidRDefault="00761F7B" w:rsidP="00761F7B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5CFB0A93" w14:textId="0D15B2FB" w:rsidR="00761F7B" w:rsidRPr="000D2AAB" w:rsidRDefault="00761F7B" w:rsidP="00761F7B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E44A31" w:rsidRPr="000D2AAB" w14:paraId="318DA3CB" w14:textId="77777777" w:rsidTr="00374C78">
        <w:tc>
          <w:tcPr>
            <w:tcW w:w="2244" w:type="dxa"/>
            <w:shd w:val="clear" w:color="auto" w:fill="EEECE1" w:themeFill="background2"/>
          </w:tcPr>
          <w:p w14:paraId="01F15F5D" w14:textId="49D6B4DF" w:rsidR="00E44A31" w:rsidRPr="000D2AAB" w:rsidRDefault="00E44A31" w:rsidP="00E44A31">
            <w:pPr>
              <w:rPr>
                <w:rFonts w:asciiTheme="majorHAnsi" w:hAnsiTheme="majorHAnsi" w:cstheme="majorHAnsi"/>
              </w:rPr>
            </w:pPr>
            <w:permStart w:id="687306794" w:edGrp="everyone" w:colFirst="0" w:colLast="0"/>
            <w:permStart w:id="2020756140" w:edGrp="everyone" w:colFirst="1" w:colLast="1"/>
            <w:permStart w:id="1884160879" w:edGrp="everyone" w:colFirst="2" w:colLast="2"/>
            <w:permStart w:id="2079074973" w:edGrp="everyone" w:colFirst="3" w:colLast="3"/>
            <w:permStart w:id="1156411390" w:edGrp="everyone" w:colFirst="4" w:colLast="4"/>
            <w:permEnd w:id="522198641"/>
            <w:permEnd w:id="1101280851"/>
            <w:permEnd w:id="542273951"/>
            <w:permEnd w:id="1605314788"/>
            <w:permEnd w:id="1718354395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23E42092" w14:textId="4CE5A9C0" w:rsidR="00E44A31" w:rsidRPr="000D2AAB" w:rsidRDefault="00E44A31" w:rsidP="00E44A3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01C233D9" w14:textId="21AE0351" w:rsidR="00E44A31" w:rsidRPr="000D2AAB" w:rsidRDefault="00E44A31" w:rsidP="00E44A3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124BB5CC" w14:textId="2BC208BA" w:rsidR="00E44A31" w:rsidRPr="000D2AAB" w:rsidRDefault="00E44A31" w:rsidP="00E44A3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7D89FBCB" w14:textId="4DD59A4A" w:rsidR="00E44A31" w:rsidRPr="000D2AAB" w:rsidRDefault="00E44A31" w:rsidP="00E44A3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E44A31" w:rsidRPr="000D2AAB" w14:paraId="1C34B2DE" w14:textId="77777777" w:rsidTr="00374C78">
        <w:tc>
          <w:tcPr>
            <w:tcW w:w="2244" w:type="dxa"/>
            <w:shd w:val="clear" w:color="auto" w:fill="EEECE1" w:themeFill="background2"/>
          </w:tcPr>
          <w:p w14:paraId="270BB8DF" w14:textId="17F69BC9" w:rsidR="00E44A31" w:rsidRPr="000D2AAB" w:rsidRDefault="00E44A31" w:rsidP="00E44A31">
            <w:pPr>
              <w:rPr>
                <w:rFonts w:asciiTheme="majorHAnsi" w:hAnsiTheme="majorHAnsi" w:cstheme="majorHAnsi"/>
              </w:rPr>
            </w:pPr>
            <w:permStart w:id="143134250" w:edGrp="everyone" w:colFirst="0" w:colLast="0"/>
            <w:permStart w:id="667446556" w:edGrp="everyone" w:colFirst="1" w:colLast="1"/>
            <w:permStart w:id="340876974" w:edGrp="everyone" w:colFirst="2" w:colLast="2"/>
            <w:permStart w:id="231347224" w:edGrp="everyone" w:colFirst="3" w:colLast="3"/>
            <w:permStart w:id="138747532" w:edGrp="everyone" w:colFirst="4" w:colLast="4"/>
            <w:permEnd w:id="687306794"/>
            <w:permEnd w:id="2020756140"/>
            <w:permEnd w:id="1884160879"/>
            <w:permEnd w:id="2079074973"/>
            <w:permEnd w:id="1156411390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07C00F84" w14:textId="6AC32264" w:rsidR="00E44A31" w:rsidRPr="000D2AAB" w:rsidRDefault="00E44A31" w:rsidP="00E44A3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6E1FFFE2" w14:textId="5B0B5541" w:rsidR="00E44A31" w:rsidRPr="000D2AAB" w:rsidRDefault="00E44A31" w:rsidP="00E44A3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5CA88580" w14:textId="5CD29346" w:rsidR="00E44A31" w:rsidRPr="000D2AAB" w:rsidRDefault="00E44A31" w:rsidP="00E44A3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481657D7" w14:textId="1568DD84" w:rsidR="00E44A31" w:rsidRPr="000D2AAB" w:rsidRDefault="00E44A31" w:rsidP="00E44A3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9B4521" w:rsidRPr="000D2AAB" w14:paraId="5DD519C2" w14:textId="77777777" w:rsidTr="00374C78">
        <w:tc>
          <w:tcPr>
            <w:tcW w:w="2244" w:type="dxa"/>
            <w:shd w:val="clear" w:color="auto" w:fill="EEECE1" w:themeFill="background2"/>
          </w:tcPr>
          <w:p w14:paraId="074DE98E" w14:textId="36D93ABB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permStart w:id="1761418657" w:edGrp="everyone" w:colFirst="0" w:colLast="0"/>
            <w:permStart w:id="2111602449" w:edGrp="everyone" w:colFirst="1" w:colLast="1"/>
            <w:permStart w:id="323174884" w:edGrp="everyone" w:colFirst="2" w:colLast="2"/>
            <w:permStart w:id="1883969963" w:edGrp="everyone" w:colFirst="3" w:colLast="3"/>
            <w:permStart w:id="149238737" w:edGrp="everyone" w:colFirst="4" w:colLast="4"/>
            <w:permEnd w:id="143134250"/>
            <w:permEnd w:id="667446556"/>
            <w:permEnd w:id="340876974"/>
            <w:permEnd w:id="231347224"/>
            <w:permEnd w:id="138747532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5305920D" w14:textId="46AEE82F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17C0CFAC" w14:textId="3F0E3229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5AEBAFE2" w14:textId="1EA715A1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1EC745FF" w14:textId="0AF586F3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9B4521" w:rsidRPr="000D2AAB" w14:paraId="2328510B" w14:textId="77777777" w:rsidTr="00374C78">
        <w:tc>
          <w:tcPr>
            <w:tcW w:w="2244" w:type="dxa"/>
            <w:shd w:val="clear" w:color="auto" w:fill="EEECE1" w:themeFill="background2"/>
          </w:tcPr>
          <w:p w14:paraId="64AEF9A7" w14:textId="621DFCDA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permStart w:id="1939370074" w:edGrp="everyone" w:colFirst="0" w:colLast="0"/>
            <w:permStart w:id="1157522153" w:edGrp="everyone" w:colFirst="1" w:colLast="1"/>
            <w:permStart w:id="1575092679" w:edGrp="everyone" w:colFirst="2" w:colLast="2"/>
            <w:permStart w:id="801469738" w:edGrp="everyone" w:colFirst="3" w:colLast="3"/>
            <w:permStart w:id="720266567" w:edGrp="everyone" w:colFirst="4" w:colLast="4"/>
            <w:permEnd w:id="1761418657"/>
            <w:permEnd w:id="2111602449"/>
            <w:permEnd w:id="323174884"/>
            <w:permEnd w:id="1883969963"/>
            <w:permEnd w:id="149238737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27AC5789" w14:textId="337A2DCF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19A6E16A" w14:textId="713C2647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32224D4A" w14:textId="2B9567F5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68FBE90C" w14:textId="1DC1E6B7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9B4521" w:rsidRPr="000D2AAB" w14:paraId="74279177" w14:textId="77777777" w:rsidTr="00374C78">
        <w:tc>
          <w:tcPr>
            <w:tcW w:w="2244" w:type="dxa"/>
            <w:shd w:val="clear" w:color="auto" w:fill="EEECE1" w:themeFill="background2"/>
          </w:tcPr>
          <w:p w14:paraId="0DAD5C47" w14:textId="2F874F28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permStart w:id="2014456093" w:edGrp="everyone" w:colFirst="0" w:colLast="0"/>
            <w:permStart w:id="121445534" w:edGrp="everyone" w:colFirst="1" w:colLast="1"/>
            <w:permStart w:id="738419706" w:edGrp="everyone" w:colFirst="2" w:colLast="2"/>
            <w:permStart w:id="1222909184" w:edGrp="everyone" w:colFirst="3" w:colLast="3"/>
            <w:permStart w:id="1395198384" w:edGrp="everyone" w:colFirst="4" w:colLast="4"/>
            <w:permEnd w:id="1939370074"/>
            <w:permEnd w:id="1157522153"/>
            <w:permEnd w:id="1575092679"/>
            <w:permEnd w:id="801469738"/>
            <w:permEnd w:id="720266567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4EB9C597" w14:textId="74F47291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47DE1BBB" w14:textId="60DC17FD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2EDAA1A9" w14:textId="769133BA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1478AA3D" w14:textId="3B7A5936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9B4521" w:rsidRPr="000D2AAB" w14:paraId="257CB553" w14:textId="77777777" w:rsidTr="00374C78">
        <w:tc>
          <w:tcPr>
            <w:tcW w:w="2244" w:type="dxa"/>
            <w:shd w:val="clear" w:color="auto" w:fill="EEECE1" w:themeFill="background2"/>
          </w:tcPr>
          <w:p w14:paraId="04FF7FB3" w14:textId="19A28FD0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permStart w:id="45485533" w:edGrp="everyone" w:colFirst="0" w:colLast="0"/>
            <w:permStart w:id="226238796" w:edGrp="everyone" w:colFirst="1" w:colLast="1"/>
            <w:permStart w:id="1142360492" w:edGrp="everyone" w:colFirst="2" w:colLast="2"/>
            <w:permStart w:id="7625873" w:edGrp="everyone" w:colFirst="3" w:colLast="3"/>
            <w:permStart w:id="1294337199" w:edGrp="everyone" w:colFirst="4" w:colLast="4"/>
            <w:permEnd w:id="2014456093"/>
            <w:permEnd w:id="121445534"/>
            <w:permEnd w:id="738419706"/>
            <w:permEnd w:id="1222909184"/>
            <w:permEnd w:id="1395198384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58D2B724" w14:textId="0C73DA8C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26C8B400" w14:textId="5393DCA0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7CAE2842" w14:textId="6A83CB50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404B5806" w14:textId="5D1BB4D8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9B4521" w:rsidRPr="000D2AAB" w14:paraId="0D0EAF1F" w14:textId="77777777" w:rsidTr="00374C78">
        <w:tc>
          <w:tcPr>
            <w:tcW w:w="2244" w:type="dxa"/>
            <w:shd w:val="clear" w:color="auto" w:fill="EEECE1" w:themeFill="background2"/>
          </w:tcPr>
          <w:p w14:paraId="7235EB1E" w14:textId="2C5D8ED1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permStart w:id="1903389262" w:edGrp="everyone" w:colFirst="0" w:colLast="0"/>
            <w:permStart w:id="1853104542" w:edGrp="everyone" w:colFirst="1" w:colLast="1"/>
            <w:permStart w:id="1135293781" w:edGrp="everyone" w:colFirst="2" w:colLast="2"/>
            <w:permStart w:id="1826371840" w:edGrp="everyone" w:colFirst="3" w:colLast="3"/>
            <w:permStart w:id="414583388" w:edGrp="everyone" w:colFirst="4" w:colLast="4"/>
            <w:permEnd w:id="45485533"/>
            <w:permEnd w:id="226238796"/>
            <w:permEnd w:id="1142360492"/>
            <w:permEnd w:id="7625873"/>
            <w:permEnd w:id="1294337199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1989C959" w14:textId="1C3CA31F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55FE2117" w14:textId="5D4AA2C5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11484D52" w14:textId="1353367C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1DCAEDBA" w14:textId="7A5E017E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9B4521" w:rsidRPr="000D2AAB" w14:paraId="24F88C98" w14:textId="77777777" w:rsidTr="00374C78">
        <w:tc>
          <w:tcPr>
            <w:tcW w:w="2244" w:type="dxa"/>
            <w:shd w:val="clear" w:color="auto" w:fill="EEECE1" w:themeFill="background2"/>
          </w:tcPr>
          <w:p w14:paraId="3FCA06E0" w14:textId="59A3ED08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permStart w:id="1773287980" w:edGrp="everyone" w:colFirst="0" w:colLast="0"/>
            <w:permStart w:id="2143688955" w:edGrp="everyone" w:colFirst="1" w:colLast="1"/>
            <w:permStart w:id="159854438" w:edGrp="everyone" w:colFirst="2" w:colLast="2"/>
            <w:permStart w:id="272250813" w:edGrp="everyone" w:colFirst="3" w:colLast="3"/>
            <w:permStart w:id="1215833391" w:edGrp="everyone" w:colFirst="4" w:colLast="4"/>
            <w:permEnd w:id="1903389262"/>
            <w:permEnd w:id="1853104542"/>
            <w:permEnd w:id="1135293781"/>
            <w:permEnd w:id="1826371840"/>
            <w:permEnd w:id="414583388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4476837C" w14:textId="00C93017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119F0A29" w14:textId="41469BAD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1D557FC4" w14:textId="4CCF13F7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741356DF" w14:textId="3F3DC10C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9B4521" w:rsidRPr="000D2AAB" w14:paraId="6BABE767" w14:textId="77777777" w:rsidTr="00374C78">
        <w:tc>
          <w:tcPr>
            <w:tcW w:w="2244" w:type="dxa"/>
            <w:shd w:val="clear" w:color="auto" w:fill="EEECE1" w:themeFill="background2"/>
          </w:tcPr>
          <w:p w14:paraId="2E9AC686" w14:textId="0BB5C5E7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permStart w:id="571106154" w:edGrp="everyone" w:colFirst="0" w:colLast="0"/>
            <w:permStart w:id="1279394800" w:edGrp="everyone" w:colFirst="1" w:colLast="1"/>
            <w:permStart w:id="1987530943" w:edGrp="everyone" w:colFirst="2" w:colLast="2"/>
            <w:permStart w:id="600511996" w:edGrp="everyone" w:colFirst="3" w:colLast="3"/>
            <w:permStart w:id="6967441" w:edGrp="everyone" w:colFirst="4" w:colLast="4"/>
            <w:permEnd w:id="1773287980"/>
            <w:permEnd w:id="2143688955"/>
            <w:permEnd w:id="159854438"/>
            <w:permEnd w:id="272250813"/>
            <w:permEnd w:id="1215833391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02BEBF73" w14:textId="5775E0AB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6AC35E2A" w14:textId="6038F156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640064B9" w14:textId="038F5BB2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7E24FA86" w14:textId="2DBD5AE9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9B4521" w:rsidRPr="000D2AAB" w14:paraId="3A9CA992" w14:textId="77777777" w:rsidTr="00374C78">
        <w:tc>
          <w:tcPr>
            <w:tcW w:w="2244" w:type="dxa"/>
            <w:shd w:val="clear" w:color="auto" w:fill="EEECE1" w:themeFill="background2"/>
          </w:tcPr>
          <w:p w14:paraId="3829A65C" w14:textId="6221D6B4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permStart w:id="214111670" w:edGrp="everyone" w:colFirst="0" w:colLast="0"/>
            <w:permStart w:id="1067207182" w:edGrp="everyone" w:colFirst="1" w:colLast="1"/>
            <w:permStart w:id="1869223686" w:edGrp="everyone" w:colFirst="2" w:colLast="2"/>
            <w:permStart w:id="349862633" w:edGrp="everyone" w:colFirst="3" w:colLast="3"/>
            <w:permStart w:id="1582112061" w:edGrp="everyone" w:colFirst="4" w:colLast="4"/>
            <w:permEnd w:id="571106154"/>
            <w:permEnd w:id="1279394800"/>
            <w:permEnd w:id="1987530943"/>
            <w:permEnd w:id="600511996"/>
            <w:permEnd w:id="6967441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30DFFA07" w14:textId="4736AD41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1B87B9E2" w14:textId="17A165BE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40F2D6B0" w14:textId="25C8D64F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3F22F1A2" w14:textId="24D25597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9B4521" w:rsidRPr="000D2AAB" w14:paraId="35854F3C" w14:textId="77777777" w:rsidTr="00374C78">
        <w:tc>
          <w:tcPr>
            <w:tcW w:w="2244" w:type="dxa"/>
            <w:shd w:val="clear" w:color="auto" w:fill="EEECE1" w:themeFill="background2"/>
          </w:tcPr>
          <w:p w14:paraId="52F4A2E1" w14:textId="570543BF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permStart w:id="295861766" w:edGrp="everyone" w:colFirst="0" w:colLast="0"/>
            <w:permStart w:id="2112238134" w:edGrp="everyone" w:colFirst="1" w:colLast="1"/>
            <w:permStart w:id="508314218" w:edGrp="everyone" w:colFirst="2" w:colLast="2"/>
            <w:permStart w:id="1055029237" w:edGrp="everyone" w:colFirst="3" w:colLast="3"/>
            <w:permStart w:id="1188765429" w:edGrp="everyone" w:colFirst="4" w:colLast="4"/>
            <w:permEnd w:id="214111670"/>
            <w:permEnd w:id="1067207182"/>
            <w:permEnd w:id="1869223686"/>
            <w:permEnd w:id="349862633"/>
            <w:permEnd w:id="1582112061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0E196C41" w14:textId="0004D866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005ABD47" w14:textId="54EE64A5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341C0118" w14:textId="5897F27F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3162C751" w14:textId="583ED0B2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9B4521" w:rsidRPr="000D2AAB" w14:paraId="6C9E8A6C" w14:textId="77777777" w:rsidTr="00374C78">
        <w:tc>
          <w:tcPr>
            <w:tcW w:w="2244" w:type="dxa"/>
            <w:shd w:val="clear" w:color="auto" w:fill="EEECE1" w:themeFill="background2"/>
          </w:tcPr>
          <w:p w14:paraId="226C2541" w14:textId="4D85FFF9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permStart w:id="631902219" w:edGrp="everyone" w:colFirst="0" w:colLast="0"/>
            <w:permStart w:id="868232679" w:edGrp="everyone" w:colFirst="1" w:colLast="1"/>
            <w:permStart w:id="1388542489" w:edGrp="everyone" w:colFirst="2" w:colLast="2"/>
            <w:permStart w:id="1413170856" w:edGrp="everyone" w:colFirst="3" w:colLast="3"/>
            <w:permStart w:id="1780623148" w:edGrp="everyone" w:colFirst="4" w:colLast="4"/>
            <w:permEnd w:id="295861766"/>
            <w:permEnd w:id="2112238134"/>
            <w:permEnd w:id="508314218"/>
            <w:permEnd w:id="1055029237"/>
            <w:permEnd w:id="1188765429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29DDE8FC" w14:textId="28B9E101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413FD221" w14:textId="7DF9AC44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486D19E0" w14:textId="6E52A2CA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1C8670B5" w14:textId="733C0369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9B4521" w:rsidRPr="000D2AAB" w14:paraId="03FD721B" w14:textId="77777777" w:rsidTr="00374C78">
        <w:tc>
          <w:tcPr>
            <w:tcW w:w="2244" w:type="dxa"/>
            <w:shd w:val="clear" w:color="auto" w:fill="EEECE1" w:themeFill="background2"/>
          </w:tcPr>
          <w:p w14:paraId="250C9047" w14:textId="3E0B7AC7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permStart w:id="576876398" w:edGrp="everyone" w:colFirst="0" w:colLast="0"/>
            <w:permStart w:id="1184445598" w:edGrp="everyone" w:colFirst="1" w:colLast="1"/>
            <w:permStart w:id="65541394" w:edGrp="everyone" w:colFirst="2" w:colLast="2"/>
            <w:permStart w:id="812718772" w:edGrp="everyone" w:colFirst="3" w:colLast="3"/>
            <w:permStart w:id="804331449" w:edGrp="everyone" w:colFirst="4" w:colLast="4"/>
            <w:permEnd w:id="631902219"/>
            <w:permEnd w:id="868232679"/>
            <w:permEnd w:id="1388542489"/>
            <w:permEnd w:id="1413170856"/>
            <w:permEnd w:id="1780623148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6E07C5C3" w14:textId="5971E987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3B3ABF1A" w14:textId="0218B398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57C22CA0" w14:textId="08AE6FA4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4F36CA58" w14:textId="26FD9A82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9B4521" w:rsidRPr="000D2AAB" w14:paraId="1772B1EF" w14:textId="77777777" w:rsidTr="00374C78">
        <w:tc>
          <w:tcPr>
            <w:tcW w:w="2244" w:type="dxa"/>
            <w:shd w:val="clear" w:color="auto" w:fill="EEECE1" w:themeFill="background2"/>
          </w:tcPr>
          <w:p w14:paraId="72F9935E" w14:textId="3B8C95AC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permStart w:id="673020236" w:edGrp="everyone" w:colFirst="0" w:colLast="0"/>
            <w:permStart w:id="909780027" w:edGrp="everyone" w:colFirst="1" w:colLast="1"/>
            <w:permStart w:id="2023324843" w:edGrp="everyone" w:colFirst="2" w:colLast="2"/>
            <w:permStart w:id="1702579030" w:edGrp="everyone" w:colFirst="3" w:colLast="3"/>
            <w:permStart w:id="687570142" w:edGrp="everyone" w:colFirst="4" w:colLast="4"/>
            <w:permEnd w:id="576876398"/>
            <w:permEnd w:id="1184445598"/>
            <w:permEnd w:id="65541394"/>
            <w:permEnd w:id="812718772"/>
            <w:permEnd w:id="804331449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6B97818B" w14:textId="1B56B8EF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2E51B034" w14:textId="69016D4E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0EE1745D" w14:textId="76CB4A49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7A39D379" w14:textId="6FEDC382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9B4521" w:rsidRPr="000D2AAB" w14:paraId="2D3C9659" w14:textId="77777777" w:rsidTr="00374C78">
        <w:tc>
          <w:tcPr>
            <w:tcW w:w="2244" w:type="dxa"/>
            <w:shd w:val="clear" w:color="auto" w:fill="EEECE1" w:themeFill="background2"/>
          </w:tcPr>
          <w:p w14:paraId="78A16684" w14:textId="1E1A0351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permStart w:id="668421839" w:edGrp="everyone" w:colFirst="0" w:colLast="0"/>
            <w:permStart w:id="1706238550" w:edGrp="everyone" w:colFirst="1" w:colLast="1"/>
            <w:permStart w:id="238108502" w:edGrp="everyone" w:colFirst="2" w:colLast="2"/>
            <w:permStart w:id="1719677447" w:edGrp="everyone" w:colFirst="3" w:colLast="3"/>
            <w:permStart w:id="1484132194" w:edGrp="everyone" w:colFirst="4" w:colLast="4"/>
            <w:permEnd w:id="673020236"/>
            <w:permEnd w:id="909780027"/>
            <w:permEnd w:id="2023324843"/>
            <w:permEnd w:id="1702579030"/>
            <w:permEnd w:id="687570142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62E6CE70" w14:textId="66FDF578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4B8A7B86" w14:textId="37BEDB87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1AB19F8B" w14:textId="2FF8A934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2B42657F" w14:textId="717FFD97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9B4521" w:rsidRPr="000D2AAB" w14:paraId="25A0C87C" w14:textId="77777777" w:rsidTr="00374C78">
        <w:tc>
          <w:tcPr>
            <w:tcW w:w="2244" w:type="dxa"/>
            <w:shd w:val="clear" w:color="auto" w:fill="EEECE1" w:themeFill="background2"/>
          </w:tcPr>
          <w:p w14:paraId="09BF860A" w14:textId="48A177C9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permStart w:id="1313302653" w:edGrp="everyone" w:colFirst="0" w:colLast="0"/>
            <w:permStart w:id="1929984660" w:edGrp="everyone" w:colFirst="1" w:colLast="1"/>
            <w:permStart w:id="294152129" w:edGrp="everyone" w:colFirst="2" w:colLast="2"/>
            <w:permStart w:id="2025602261" w:edGrp="everyone" w:colFirst="3" w:colLast="3"/>
            <w:permStart w:id="480975837" w:edGrp="everyone" w:colFirst="4" w:colLast="4"/>
            <w:permEnd w:id="668421839"/>
            <w:permEnd w:id="1706238550"/>
            <w:permEnd w:id="238108502"/>
            <w:permEnd w:id="1719677447"/>
            <w:permEnd w:id="1484132194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1385E528" w14:textId="757D2A44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12B4F9DD" w14:textId="5DCB6125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43E24DF4" w14:textId="5E5ABEC0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5BD56C18" w14:textId="5A54C4AF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9B4521" w:rsidRPr="000D2AAB" w14:paraId="784B455F" w14:textId="77777777" w:rsidTr="00374C78">
        <w:tc>
          <w:tcPr>
            <w:tcW w:w="2244" w:type="dxa"/>
            <w:shd w:val="clear" w:color="auto" w:fill="EEECE1" w:themeFill="background2"/>
          </w:tcPr>
          <w:p w14:paraId="16366586" w14:textId="60050A60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permStart w:id="2032929728" w:edGrp="everyone" w:colFirst="0" w:colLast="0"/>
            <w:permStart w:id="727932114" w:edGrp="everyone" w:colFirst="1" w:colLast="1"/>
            <w:permStart w:id="2038184809" w:edGrp="everyone" w:colFirst="2" w:colLast="2"/>
            <w:permStart w:id="723282942" w:edGrp="everyone" w:colFirst="3" w:colLast="3"/>
            <w:permStart w:id="430931066" w:edGrp="everyone" w:colFirst="4" w:colLast="4"/>
            <w:permEnd w:id="1313302653"/>
            <w:permEnd w:id="1929984660"/>
            <w:permEnd w:id="294152129"/>
            <w:permEnd w:id="2025602261"/>
            <w:permEnd w:id="480975837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3FE1904F" w14:textId="3C6BFF29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4B69FD3E" w14:textId="16288C28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3C25057F" w14:textId="2C95A037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7350A809" w14:textId="033034FA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tr w:rsidR="009B4521" w:rsidRPr="000D2AAB" w14:paraId="6B11C5B8" w14:textId="77777777" w:rsidTr="00374C78">
        <w:tc>
          <w:tcPr>
            <w:tcW w:w="2244" w:type="dxa"/>
            <w:shd w:val="clear" w:color="auto" w:fill="EEECE1" w:themeFill="background2"/>
          </w:tcPr>
          <w:p w14:paraId="7E78A006" w14:textId="07232F5A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permStart w:id="1120143858" w:edGrp="everyone" w:colFirst="0" w:colLast="0"/>
            <w:permStart w:id="1387336843" w:edGrp="everyone" w:colFirst="1" w:colLast="1"/>
            <w:permStart w:id="321200243" w:edGrp="everyone" w:colFirst="2" w:colLast="2"/>
            <w:permStart w:id="1546530667" w:edGrp="everyone" w:colFirst="3" w:colLast="3"/>
            <w:permStart w:id="1084170783" w:edGrp="everyone" w:colFirst="4" w:colLast="4"/>
            <w:permEnd w:id="2032929728"/>
            <w:permEnd w:id="727932114"/>
            <w:permEnd w:id="2038184809"/>
            <w:permEnd w:id="723282942"/>
            <w:permEnd w:id="430931066"/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8" w:type="dxa"/>
            <w:shd w:val="clear" w:color="auto" w:fill="EEECE1" w:themeFill="background2"/>
          </w:tcPr>
          <w:p w14:paraId="74A010B8" w14:textId="6BDC4F88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40" w:type="dxa"/>
            <w:shd w:val="clear" w:color="auto" w:fill="EEECE1" w:themeFill="background2"/>
          </w:tcPr>
          <w:p w14:paraId="3BAE5D81" w14:textId="7DE40B50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26" w:type="dxa"/>
            <w:shd w:val="clear" w:color="auto" w:fill="EEECE1" w:themeFill="background2"/>
          </w:tcPr>
          <w:p w14:paraId="2B45DEAE" w14:textId="30930675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  <w:tc>
          <w:tcPr>
            <w:tcW w:w="1904" w:type="dxa"/>
            <w:shd w:val="clear" w:color="auto" w:fill="EEECE1" w:themeFill="background2"/>
          </w:tcPr>
          <w:p w14:paraId="327C7142" w14:textId="136B7CDD" w:rsidR="009B4521" w:rsidRPr="000D2AAB" w:rsidRDefault="009B4521" w:rsidP="009B4521">
            <w:pPr>
              <w:rPr>
                <w:rFonts w:asciiTheme="majorHAnsi" w:hAnsiTheme="majorHAnsi" w:cstheme="majorHAnsi"/>
              </w:rPr>
            </w:pPr>
            <w:r w:rsidRPr="000D2AAB">
              <w:rPr>
                <w:rFonts w:asciiTheme="majorHAnsi" w:hAnsiTheme="majorHAnsi" w:cstheme="majorHAnsi"/>
              </w:rPr>
              <w:t>[ ]</w:t>
            </w:r>
          </w:p>
        </w:tc>
      </w:tr>
      <w:permEnd w:id="1120143858"/>
      <w:permEnd w:id="1387336843"/>
      <w:permEnd w:id="321200243"/>
      <w:permEnd w:id="1546530667"/>
      <w:permEnd w:id="1084170783"/>
    </w:tbl>
    <w:p w14:paraId="1C33E60F" w14:textId="77777777" w:rsidR="00761F7B" w:rsidRPr="000D2AAB" w:rsidRDefault="00761F7B" w:rsidP="00761F7B">
      <w:pPr>
        <w:spacing w:after="0" w:line="240" w:lineRule="auto"/>
        <w:rPr>
          <w:rFonts w:asciiTheme="majorHAnsi" w:hAnsiTheme="majorHAnsi" w:cstheme="majorHAnsi"/>
          <w:i/>
          <w:iCs/>
          <w:sz w:val="20"/>
          <w:szCs w:val="20"/>
          <w:lang w:val="it-IT"/>
        </w:rPr>
      </w:pPr>
    </w:p>
    <w:p w14:paraId="00510767" w14:textId="706966B9" w:rsidR="00761F7B" w:rsidRPr="000D2AAB" w:rsidRDefault="00761F7B" w:rsidP="00761F7B">
      <w:pPr>
        <w:spacing w:after="0" w:line="240" w:lineRule="auto"/>
        <w:ind w:left="567"/>
        <w:rPr>
          <w:rFonts w:asciiTheme="majorHAnsi" w:hAnsiTheme="majorHAnsi" w:cstheme="majorHAnsi"/>
          <w:b/>
          <w:bCs/>
          <w:sz w:val="20"/>
          <w:szCs w:val="20"/>
          <w:lang w:val="it-IT"/>
        </w:rPr>
      </w:pPr>
      <w:r w:rsidRPr="000D2AAB">
        <w:rPr>
          <w:rFonts w:asciiTheme="majorHAnsi" w:hAnsiTheme="majorHAnsi" w:cstheme="majorHAnsi"/>
          <w:b/>
          <w:bCs/>
          <w:sz w:val="20"/>
          <w:szCs w:val="20"/>
          <w:lang w:val="it-IT"/>
        </w:rPr>
        <w:t>Note per la compilazione della tabella</w:t>
      </w:r>
    </w:p>
    <w:p w14:paraId="7C8FC9A2" w14:textId="5E6FC121" w:rsidR="00761F7B" w:rsidRPr="000D2AAB" w:rsidRDefault="00761F7B" w:rsidP="00761F7B">
      <w:pPr>
        <w:spacing w:after="0" w:line="240" w:lineRule="auto"/>
        <w:ind w:left="567"/>
        <w:rPr>
          <w:rFonts w:asciiTheme="majorHAnsi" w:hAnsiTheme="majorHAnsi" w:cstheme="majorHAnsi"/>
          <w:sz w:val="20"/>
          <w:szCs w:val="20"/>
          <w:lang w:val="it-IT"/>
        </w:rPr>
      </w:pPr>
      <w:r w:rsidRPr="000D2AAB">
        <w:rPr>
          <w:rFonts w:asciiTheme="majorHAnsi" w:hAnsiTheme="majorHAnsi" w:cstheme="majorHAnsi"/>
          <w:sz w:val="20"/>
          <w:szCs w:val="20"/>
          <w:lang w:val="it-IT"/>
        </w:rPr>
        <w:t>Voce di costo: riportare la voce da elenco in tabella F1</w:t>
      </w:r>
    </w:p>
    <w:p w14:paraId="33374AC8" w14:textId="77777777" w:rsidR="00761F7B" w:rsidRPr="000D2AAB" w:rsidRDefault="00761F7B" w:rsidP="00761F7B">
      <w:pPr>
        <w:spacing w:after="0" w:line="240" w:lineRule="auto"/>
        <w:ind w:left="567"/>
        <w:rPr>
          <w:rFonts w:asciiTheme="majorHAnsi" w:hAnsiTheme="majorHAnsi" w:cstheme="majorHAnsi"/>
          <w:sz w:val="20"/>
          <w:szCs w:val="20"/>
          <w:lang w:val="it-IT"/>
        </w:rPr>
      </w:pPr>
      <w:r w:rsidRPr="000D2AAB">
        <w:rPr>
          <w:rFonts w:asciiTheme="majorHAnsi" w:hAnsiTheme="majorHAnsi" w:cstheme="majorHAnsi"/>
          <w:sz w:val="20"/>
          <w:szCs w:val="20"/>
          <w:lang w:val="it-IT"/>
        </w:rPr>
        <w:t>Fornitore: ditta/professionista che ha fornito il bene/servizio</w:t>
      </w:r>
    </w:p>
    <w:p w14:paraId="6B3CA91B" w14:textId="77777777" w:rsidR="00761F7B" w:rsidRPr="000D2AAB" w:rsidRDefault="00761F7B" w:rsidP="00761F7B">
      <w:pPr>
        <w:spacing w:after="0" w:line="240" w:lineRule="auto"/>
        <w:ind w:left="567"/>
        <w:rPr>
          <w:rFonts w:asciiTheme="majorHAnsi" w:hAnsiTheme="majorHAnsi" w:cstheme="majorHAnsi"/>
          <w:sz w:val="20"/>
          <w:szCs w:val="20"/>
          <w:lang w:val="it-IT"/>
        </w:rPr>
      </w:pPr>
      <w:r w:rsidRPr="000D2AAB">
        <w:rPr>
          <w:rFonts w:asciiTheme="majorHAnsi" w:hAnsiTheme="majorHAnsi" w:cstheme="majorHAnsi"/>
          <w:sz w:val="20"/>
          <w:szCs w:val="20"/>
          <w:lang w:val="it-IT"/>
        </w:rPr>
        <w:t>Documento: indicare numero e data così come indicato nel documento di spesa</w:t>
      </w:r>
    </w:p>
    <w:p w14:paraId="11305178" w14:textId="77777777" w:rsidR="00761F7B" w:rsidRPr="000D2AAB" w:rsidRDefault="00761F7B" w:rsidP="00761F7B">
      <w:pPr>
        <w:spacing w:after="0" w:line="240" w:lineRule="auto"/>
        <w:ind w:left="567"/>
        <w:rPr>
          <w:rFonts w:asciiTheme="majorHAnsi" w:hAnsiTheme="majorHAnsi" w:cstheme="majorHAnsi"/>
          <w:sz w:val="20"/>
          <w:szCs w:val="20"/>
          <w:lang w:val="it-IT"/>
        </w:rPr>
      </w:pPr>
      <w:r w:rsidRPr="000D2AAB">
        <w:rPr>
          <w:rFonts w:asciiTheme="majorHAnsi" w:hAnsiTheme="majorHAnsi" w:cstheme="majorHAnsi"/>
          <w:sz w:val="20"/>
          <w:szCs w:val="20"/>
          <w:lang w:val="it-IT"/>
        </w:rPr>
        <w:lastRenderedPageBreak/>
        <w:t>Quota imputata a FGR: quota coperta dal contributo di Fondazione Roi (ad esempio: per una fattura di 1.000 euro coperta totalmente dal contributo FGR, indicare 1.000. )</w:t>
      </w:r>
    </w:p>
    <w:p w14:paraId="05B2285D" w14:textId="77777777" w:rsidR="00761F7B" w:rsidRPr="000D2AAB" w:rsidRDefault="00761F7B" w:rsidP="00761F7B">
      <w:pPr>
        <w:spacing w:after="0" w:line="240" w:lineRule="auto"/>
        <w:ind w:left="567"/>
        <w:rPr>
          <w:rFonts w:asciiTheme="majorHAnsi" w:hAnsiTheme="majorHAnsi" w:cstheme="majorHAnsi"/>
          <w:sz w:val="20"/>
          <w:szCs w:val="20"/>
          <w:lang w:val="it-IT"/>
        </w:rPr>
      </w:pPr>
      <w:r w:rsidRPr="000D2AAB">
        <w:rPr>
          <w:rFonts w:asciiTheme="majorHAnsi" w:hAnsiTheme="majorHAnsi" w:cstheme="majorHAnsi"/>
          <w:sz w:val="20"/>
          <w:szCs w:val="20"/>
          <w:lang w:val="it-IT"/>
        </w:rPr>
        <w:t>Totale documento: indicare il valore totale al lordo delle imposte, solo se queste rappresentano un costo effettivo per l’ente beneficiario.</w:t>
      </w:r>
    </w:p>
    <w:p w14:paraId="053202F2" w14:textId="77777777" w:rsidR="005E570E" w:rsidRPr="000D2AAB" w:rsidRDefault="005E570E">
      <w:pPr>
        <w:rPr>
          <w:rFonts w:asciiTheme="majorHAnsi" w:hAnsiTheme="majorHAnsi" w:cstheme="majorHAnsi"/>
          <w:lang w:val="it-IT"/>
        </w:rPr>
      </w:pPr>
    </w:p>
    <w:p w14:paraId="2F362F3B" w14:textId="77777777" w:rsidR="00756237" w:rsidRPr="000D2AAB" w:rsidRDefault="00756237">
      <w:pPr>
        <w:rPr>
          <w:rFonts w:asciiTheme="majorHAnsi" w:hAnsiTheme="majorHAnsi" w:cstheme="majorHAnsi"/>
          <w:lang w:val="it-IT"/>
        </w:rPr>
      </w:pPr>
    </w:p>
    <w:p w14:paraId="4CBEC8FE" w14:textId="77777777" w:rsidR="00756237" w:rsidRPr="00772AFD" w:rsidRDefault="00000000" w:rsidP="00E44A31">
      <w:pPr>
        <w:jc w:val="both"/>
        <w:rPr>
          <w:rFonts w:asciiTheme="majorHAnsi" w:hAnsiTheme="majorHAnsi" w:cstheme="majorHAnsi"/>
          <w:sz w:val="28"/>
          <w:szCs w:val="28"/>
          <w:lang w:val="it-IT"/>
        </w:rPr>
      </w:pPr>
      <w:r w:rsidRPr="00772AFD">
        <w:rPr>
          <w:rFonts w:asciiTheme="majorHAnsi" w:hAnsiTheme="majorHAnsi" w:cstheme="majorHAnsi"/>
          <w:b/>
          <w:sz w:val="28"/>
          <w:szCs w:val="28"/>
          <w:lang w:val="it-IT"/>
        </w:rPr>
        <w:t>H. DICHIARAZIONI E SOTTOSCRIZIONE</w:t>
      </w:r>
    </w:p>
    <w:p w14:paraId="4E319AF4" w14:textId="7F8AD2C1" w:rsidR="00756237" w:rsidRPr="000D2AAB" w:rsidRDefault="00000000" w:rsidP="000D2AAB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Il/La sottoscritto/a</w:t>
      </w:r>
      <w:permStart w:id="1863530905" w:edGrp="everyone"/>
      <w:r w:rsidRPr="000D2AAB">
        <w:rPr>
          <w:rFonts w:asciiTheme="majorHAnsi" w:hAnsiTheme="majorHAnsi" w:cstheme="majorHAnsi"/>
          <w:lang w:val="it-IT"/>
        </w:rPr>
        <w:t xml:space="preserve"> [NOME E COGNOME], </w:t>
      </w:r>
      <w:permEnd w:id="1863530905"/>
      <w:r w:rsidRPr="000D2AAB">
        <w:rPr>
          <w:rFonts w:asciiTheme="majorHAnsi" w:hAnsiTheme="majorHAnsi" w:cstheme="majorHAnsi"/>
          <w:lang w:val="it-IT"/>
        </w:rPr>
        <w:t>in qualità di Legale rappresentante dell’ente beneficiario, dichiara sotto</w:t>
      </w:r>
      <w:r w:rsidR="000D2AAB" w:rsidRPr="000D2AAB">
        <w:rPr>
          <w:rFonts w:asciiTheme="majorHAnsi" w:hAnsiTheme="majorHAnsi" w:cstheme="majorHAnsi"/>
          <w:lang w:val="it-IT"/>
        </w:rPr>
        <w:t xml:space="preserve"> </w:t>
      </w:r>
      <w:r w:rsidRPr="000D2AAB">
        <w:rPr>
          <w:rFonts w:asciiTheme="majorHAnsi" w:hAnsiTheme="majorHAnsi" w:cstheme="majorHAnsi"/>
          <w:lang w:val="it-IT"/>
        </w:rPr>
        <w:t>la propria responsabilità che</w:t>
      </w:r>
      <w:r w:rsidR="000D2AAB" w:rsidRPr="000D2AAB">
        <w:rPr>
          <w:rFonts w:asciiTheme="majorHAnsi" w:hAnsiTheme="majorHAnsi" w:cstheme="majorHAnsi"/>
          <w:lang w:val="it-IT"/>
        </w:rPr>
        <w:t>:</w:t>
      </w:r>
      <w:r w:rsidRPr="000D2AAB">
        <w:rPr>
          <w:rFonts w:asciiTheme="majorHAnsi" w:hAnsiTheme="majorHAnsi" w:cstheme="majorHAnsi"/>
          <w:lang w:val="it-IT"/>
        </w:rPr>
        <w:br/>
        <w:t>1) le attività descritte nella presente relazione sono state effettivamente realizzate;</w:t>
      </w:r>
      <w:r w:rsidRPr="000D2AAB">
        <w:rPr>
          <w:rFonts w:asciiTheme="majorHAnsi" w:hAnsiTheme="majorHAnsi" w:cstheme="majorHAnsi"/>
          <w:lang w:val="it-IT"/>
        </w:rPr>
        <w:br/>
        <w:t>2) le spese indicate nel rendiconto sono state effettivamente sostenute, sono pertinenti al progetto e supportate da documentazione fiscalmente valida;</w:t>
      </w:r>
      <w:r w:rsidRPr="000D2AAB">
        <w:rPr>
          <w:rFonts w:asciiTheme="majorHAnsi" w:hAnsiTheme="majorHAnsi" w:cstheme="majorHAnsi"/>
          <w:lang w:val="it-IT"/>
        </w:rPr>
        <w:br/>
        <w:t>3) i pagamenti sono stati effettuati con modalità tracciabili e sono disponibili le relative evidenze;</w:t>
      </w:r>
      <w:r w:rsidRPr="000D2AAB">
        <w:rPr>
          <w:rFonts w:asciiTheme="majorHAnsi" w:hAnsiTheme="majorHAnsi" w:cstheme="majorHAnsi"/>
          <w:lang w:val="it-IT"/>
        </w:rPr>
        <w:br/>
        <w:t>4) il contributo della Fondazione Giuseppe Roi ETS è stato utilizzato esclusivamente per le finalità del progetto approvato;</w:t>
      </w:r>
      <w:r w:rsidRPr="000D2AAB">
        <w:rPr>
          <w:rFonts w:asciiTheme="majorHAnsi" w:hAnsiTheme="majorHAnsi" w:cstheme="majorHAnsi"/>
          <w:lang w:val="it-IT"/>
        </w:rPr>
        <w:br/>
        <w:t>5) la comunicazione del progetto ha riportato il logo della Fondazione secondo le indicazioni ricevute (kit loghi);</w:t>
      </w:r>
      <w:r w:rsidRPr="000D2AAB">
        <w:rPr>
          <w:rFonts w:asciiTheme="majorHAnsi" w:hAnsiTheme="majorHAnsi" w:cstheme="majorHAnsi"/>
          <w:lang w:val="it-IT"/>
        </w:rPr>
        <w:br/>
        <w:t>6) la documentazione originale verrà conservata dall’ente per eventuali controlli/verifiche.</w:t>
      </w:r>
    </w:p>
    <w:p w14:paraId="601264F2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 xml:space="preserve">Luogo e data: </w:t>
      </w:r>
      <w:permStart w:id="829521365" w:edGrp="everyone"/>
      <w:r w:rsidRPr="000D2AAB">
        <w:rPr>
          <w:rFonts w:asciiTheme="majorHAnsi" w:hAnsiTheme="majorHAnsi" w:cstheme="majorHAnsi"/>
          <w:lang w:val="it-IT"/>
        </w:rPr>
        <w:t>[ ]</w:t>
      </w:r>
      <w:permEnd w:id="829521365"/>
    </w:p>
    <w:p w14:paraId="3CB77DBE" w14:textId="0997CA7A" w:rsidR="00756237" w:rsidRPr="000D2AAB" w:rsidRDefault="00E44A31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 xml:space="preserve">Firma del Legale rappresentante: </w:t>
      </w:r>
      <w:permStart w:id="896796529" w:edGrp="everyone"/>
      <w:r w:rsidRPr="000D2AAB">
        <w:rPr>
          <w:rFonts w:asciiTheme="majorHAnsi" w:hAnsiTheme="majorHAnsi" w:cstheme="majorHAnsi"/>
          <w:lang w:val="it-IT"/>
        </w:rPr>
        <w:t>________________________________</w:t>
      </w:r>
      <w:permEnd w:id="896796529"/>
    </w:p>
    <w:p w14:paraId="665FB617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br w:type="page"/>
      </w:r>
    </w:p>
    <w:p w14:paraId="00D988EB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b/>
          <w:lang w:val="it-IT"/>
        </w:rPr>
        <w:lastRenderedPageBreak/>
        <w:t>SEZIONE PRIVACY (INFORMATIVA + CONSENSI)</w:t>
      </w:r>
    </w:p>
    <w:p w14:paraId="34665CD0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INFORMATIVA SUL TRATTAMENTO DEI DATI PERSONALI (art. 13 Regolamento UE 2016/679 – GDPR)</w:t>
      </w:r>
    </w:p>
    <w:p w14:paraId="56036F4E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1. Titolare del trattamento</w:t>
      </w:r>
    </w:p>
    <w:p w14:paraId="5CD1DD36" w14:textId="2F45EFBB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Fondazione Giuseppe Roi ETS, Contra’ San Marco, 37 – 36100 Vicenza (VI), C.F. 95021110242, e-mail: segreteria@fondazioneroi.it, PEC: fondazioneroi@legalmail.it</w:t>
      </w:r>
    </w:p>
    <w:p w14:paraId="7A2048EA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2. Interessati</w:t>
      </w:r>
    </w:p>
    <w:p w14:paraId="439A3337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La presente informativa è resa alle persone fisiche che compilano/sottoscrivono la rendicontazione (es. legale rappresentante, referente di progetto) e, ove applicabile, alle persone i cui dati siano contenuti nella documentazione trasmessa (es. nominativi di collaboratori/fornitori indicati nei giustificativi).</w:t>
      </w:r>
    </w:p>
    <w:p w14:paraId="0DABA8B7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3. Finalità del trattamento</w:t>
      </w:r>
    </w:p>
    <w:p w14:paraId="0D741EE5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a) Gestione del procedimento di concessione ed erogazione del contributo (istruttoria, comunicazioni, liquidazione) e gestione della rendicontazione finale/di eventuali stati di avanzamento;</w:t>
      </w:r>
    </w:p>
    <w:p w14:paraId="3AD1E353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b) Adempimenti amministrativi, contabili e fiscali connessi al contributo, inclusi controlli, verifiche e attività di audit;</w:t>
      </w:r>
    </w:p>
    <w:p w14:paraId="210AC078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c) Gestione del rapporto con l’ente beneficiario (richieste di integrazione, chiarimenti, archiviazione del fascicolo di progetto);</w:t>
      </w:r>
    </w:p>
    <w:p w14:paraId="348682DA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d) Attività di comunicazione istituzionale e rendicontazione dell’attività erogativa della Fondazione (es. pubblicazione elenco progetti sostenuti, citazioni del progetto, diffusione di materiali di comunicazione forniti dal beneficiario), nei limiti indicati al punto 7;</w:t>
      </w:r>
    </w:p>
    <w:p w14:paraId="2756B512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e) Tutela dei diritti del Titolare (es. gestione di contenziosi, prevenzione frodi, sicurezza dei sistemi).</w:t>
      </w:r>
    </w:p>
    <w:p w14:paraId="446D3F24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4. Base giuridica</w:t>
      </w:r>
    </w:p>
    <w:p w14:paraId="2E1C2C7C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Il trattamento è necessario: (i) all’esecuzione di misure precontrattuali/contrattuali e alla gestione del contributo (art. 6.1.b GDPR); (ii) per adempiere obblighi legali e regolamentari in materia amministrativa/contabile/fiscale (art. 6.1.c GDPR); (iii) per il perseguimento del legittimo interesse del Titolare alla corretta gestione, controllo e rendicontazione delle erogazioni e alla tutela dei propri diritti (art. 6.1.f GDPR). Eventuali trattamenti ulteriori (es. invio di comunicazioni periodiche su bandi/attività) potranno essere svolti solo previo consenso, se richiesto dalla normativa (art. 6.1.a GDPR).</w:t>
      </w:r>
    </w:p>
    <w:p w14:paraId="09E353D0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5. Tipologie di dati trattati</w:t>
      </w:r>
    </w:p>
    <w:p w14:paraId="7112FFF7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Dati identificativi e di contatto (nome, cognome, ruolo, e-mail, telefono), dati dell’ente (denominazione, CF/P.IVA, PEC, coordinate bancarie/IBAN), dati amministrativo-contabili (fatture/ricevute/quietanze, contratti, rimborsi, estremi pagamento), dati contenuti nella relazione di progetto e nei materiali di comunicazione (incluse fotografie/video se trasmessi).</w:t>
      </w:r>
    </w:p>
    <w:p w14:paraId="00F2A9C9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6. Modalità del trattamento e sicurezza</w:t>
      </w:r>
    </w:p>
    <w:p w14:paraId="78682BA7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lastRenderedPageBreak/>
        <w:t>I dati sono trattati con strumenti cartacei e digitali, secondo principi di liceità, correttezza e trasparenza, adottando misure tecniche e organizzative adeguate a garantire sicurezza, integrità e riservatezza.</w:t>
      </w:r>
    </w:p>
    <w:p w14:paraId="4F5FA93E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7. Comunicazione, diffusione e destinatari</w:t>
      </w:r>
    </w:p>
    <w:p w14:paraId="23EC9368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I dati possono essere comunicati a personale autorizzato della Fondazione e a soggetti che agiscono per conto della Fondazione in qualità di responsabili del trattamento o autonomi titolari, nei limiti delle finalità sopra indicate (es. consulenti amministrativi/legali, revisori, istituti di credito per l’esecuzione dei pagamenti, fornitori IT e di servizi cloud, soggetti pubblici per obblighi di legge). La Fondazione può rendere pubbliche (diffusione) informazioni essenziali relative ai progetti sostenuti (es. denominazione beneficiario, titolo progetto, importo) e materiali di comunicazione del progetto (es. foto/locandine) esclusivamente per finalità istituzionali e di trasparenza/valorizzazione delle attività, ove ciò sia previsto o necessario e nel rispetto dei diritti degli interessati. In caso di fotografie/video con persone identificabili, l’ente beneficiario resta responsabile di aver raccolto le necessarie liberatorie/consensi e di trasmettere alla Fondazione solo materiali utilizzabili e privi di violazioni di diritti di terzi.</w:t>
      </w:r>
    </w:p>
    <w:p w14:paraId="45DFB521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8. Trasferimenti verso Paesi terzi</w:t>
      </w:r>
    </w:p>
    <w:p w14:paraId="32347D3E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Qualora alcuni fornitori tecnologici trattino dati fuori dallo Spazio Economico Europeo, il trasferimento avverrà nel rispetto degli artt. 44 e ss. GDPR, adottando adeguate garanzie (es. clausole contrattuali standard) ove richiesto.</w:t>
      </w:r>
    </w:p>
    <w:p w14:paraId="22B58D97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9. Periodo di conservazione</w:t>
      </w:r>
    </w:p>
    <w:p w14:paraId="2A059A12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I dati saranno conservati per il tempo necessario al perseguimento delle finalità indicate e, in particolare, per i tempi previsti dalla normativa in materia contabile e fiscale e per l’archiviazione della documentazione relativa ai contributi (di regola fino a 10 anni, salvo termini diversi o necessità di tutela in sede giudiziaria).</w:t>
      </w:r>
    </w:p>
    <w:p w14:paraId="33F47191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10. Diritti dell’interessato</w:t>
      </w:r>
    </w:p>
    <w:p w14:paraId="43B59706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Gli interessati possono esercitare i diritti di cui agli artt. 15-22 GDPR (accesso, rettifica, cancellazione, limitazione, opposizione, portabilità ove applicabile) scrivendo ai contatti del Titolare. È inoltre possibile proporre reclamo al Garante per la protezione dei dati personali.</w:t>
      </w:r>
    </w:p>
    <w:p w14:paraId="286FA8BB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11. Conferimento dei dati</w:t>
      </w:r>
    </w:p>
    <w:p w14:paraId="10F8A6CB" w14:textId="040C7FA8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Il conferimento dei dati necessari alla gestione del contributo e alla rendicontazione è obbligatorio: l’eventuale rifiuto può comportare l’impossibilità di istruire la pratica o procedere alla liquidazione/saldo.</w:t>
      </w:r>
    </w:p>
    <w:p w14:paraId="3E1496A7" w14:textId="77777777" w:rsidR="00E44A31" w:rsidRPr="000D2AAB" w:rsidRDefault="00E44A31" w:rsidP="00E44A31">
      <w:pPr>
        <w:jc w:val="both"/>
        <w:rPr>
          <w:rFonts w:asciiTheme="majorHAnsi" w:hAnsiTheme="majorHAnsi" w:cstheme="majorHAnsi"/>
          <w:lang w:val="it-IT"/>
        </w:rPr>
      </w:pPr>
    </w:p>
    <w:p w14:paraId="6F8C4F9B" w14:textId="00C329BB" w:rsidR="00765A22" w:rsidRDefault="00765A22">
      <w:pPr>
        <w:rPr>
          <w:rFonts w:asciiTheme="majorHAnsi" w:hAnsiTheme="majorHAnsi" w:cstheme="majorHAnsi"/>
          <w:lang w:val="it-IT"/>
        </w:rPr>
      </w:pPr>
      <w:r>
        <w:rPr>
          <w:rFonts w:asciiTheme="majorHAnsi" w:hAnsiTheme="majorHAnsi" w:cstheme="majorHAnsi"/>
          <w:lang w:val="it-IT"/>
        </w:rPr>
        <w:br w:type="page"/>
      </w:r>
    </w:p>
    <w:p w14:paraId="2E237FCE" w14:textId="74D6E737" w:rsidR="00756237" w:rsidRPr="00765A22" w:rsidRDefault="00000000" w:rsidP="00E44A31">
      <w:pPr>
        <w:jc w:val="both"/>
        <w:rPr>
          <w:rFonts w:asciiTheme="majorHAnsi" w:hAnsiTheme="majorHAnsi" w:cstheme="majorHAnsi"/>
          <w:b/>
          <w:bCs/>
          <w:lang w:val="it-IT"/>
        </w:rPr>
      </w:pPr>
      <w:r w:rsidRPr="00765A22">
        <w:rPr>
          <w:rFonts w:asciiTheme="majorHAnsi" w:hAnsiTheme="majorHAnsi" w:cstheme="majorHAnsi"/>
          <w:b/>
          <w:bCs/>
          <w:lang w:val="it-IT"/>
        </w:rPr>
        <w:lastRenderedPageBreak/>
        <w:t xml:space="preserve">DICHIARAZIONE DI PRESA VISIONE E CONSENSI </w:t>
      </w:r>
    </w:p>
    <w:p w14:paraId="22EAD54F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 xml:space="preserve">Il/La sottoscritto/a </w:t>
      </w:r>
      <w:permStart w:id="1199786133" w:edGrp="everyone"/>
      <w:r w:rsidRPr="000D2AAB">
        <w:rPr>
          <w:rFonts w:asciiTheme="majorHAnsi" w:hAnsiTheme="majorHAnsi" w:cstheme="majorHAnsi"/>
          <w:lang w:val="it-IT"/>
        </w:rPr>
        <w:t>_____________________________</w:t>
      </w:r>
      <w:permEnd w:id="1199786133"/>
      <w:r w:rsidRPr="000D2AAB">
        <w:rPr>
          <w:rFonts w:asciiTheme="majorHAnsi" w:hAnsiTheme="majorHAnsi" w:cstheme="majorHAnsi"/>
          <w:lang w:val="it-IT"/>
        </w:rPr>
        <w:t xml:space="preserve">, in qualità di </w:t>
      </w:r>
      <w:permStart w:id="1107966700" w:edGrp="everyone"/>
      <w:r w:rsidRPr="000D2AAB">
        <w:rPr>
          <w:rFonts w:ascii="Segoe UI Symbol" w:hAnsi="Segoe UI Symbol" w:cs="Segoe UI Symbol"/>
          <w:lang w:val="it-IT"/>
        </w:rPr>
        <w:t>☐</w:t>
      </w:r>
      <w:permEnd w:id="1107966700"/>
      <w:r w:rsidRPr="000D2AAB">
        <w:rPr>
          <w:rFonts w:asciiTheme="majorHAnsi" w:hAnsiTheme="majorHAnsi" w:cstheme="majorHAnsi"/>
          <w:lang w:val="it-IT"/>
        </w:rPr>
        <w:t xml:space="preserve"> Legale rappresentante </w:t>
      </w:r>
      <w:permStart w:id="1502299399" w:edGrp="everyone"/>
      <w:r w:rsidRPr="000D2AAB">
        <w:rPr>
          <w:rFonts w:ascii="Segoe UI Symbol" w:hAnsi="Segoe UI Symbol" w:cs="Segoe UI Symbol"/>
          <w:lang w:val="it-IT"/>
        </w:rPr>
        <w:t>☐</w:t>
      </w:r>
      <w:permEnd w:id="1502299399"/>
      <w:r w:rsidRPr="000D2AAB">
        <w:rPr>
          <w:rFonts w:asciiTheme="majorHAnsi" w:hAnsiTheme="majorHAnsi" w:cstheme="majorHAnsi"/>
          <w:lang w:val="it-IT"/>
        </w:rPr>
        <w:t xml:space="preserve"> Referente di progetto dell</w:t>
      </w:r>
      <w:r w:rsidRPr="000D2AAB">
        <w:rPr>
          <w:rFonts w:ascii="Calibri" w:hAnsi="Calibri" w:cs="Calibri"/>
          <w:lang w:val="it-IT"/>
        </w:rPr>
        <w:t>’</w:t>
      </w:r>
      <w:r w:rsidRPr="000D2AAB">
        <w:rPr>
          <w:rFonts w:asciiTheme="majorHAnsi" w:hAnsiTheme="majorHAnsi" w:cstheme="majorHAnsi"/>
          <w:lang w:val="it-IT"/>
        </w:rPr>
        <w:t xml:space="preserve">ente beneficiario </w:t>
      </w:r>
      <w:permStart w:id="71592309" w:edGrp="everyone"/>
      <w:r w:rsidRPr="000D2AAB">
        <w:rPr>
          <w:rFonts w:asciiTheme="majorHAnsi" w:hAnsiTheme="majorHAnsi" w:cstheme="majorHAnsi"/>
          <w:lang w:val="it-IT"/>
        </w:rPr>
        <w:t>_____________________________</w:t>
      </w:r>
      <w:permEnd w:id="71592309"/>
      <w:r w:rsidRPr="000D2AAB">
        <w:rPr>
          <w:rFonts w:asciiTheme="majorHAnsi" w:hAnsiTheme="majorHAnsi" w:cstheme="majorHAnsi"/>
          <w:lang w:val="it-IT"/>
        </w:rPr>
        <w:t>, dichiara di aver letto e compreso l</w:t>
      </w:r>
      <w:r w:rsidRPr="000D2AAB">
        <w:rPr>
          <w:rFonts w:ascii="Calibri" w:hAnsi="Calibri" w:cs="Calibri"/>
          <w:lang w:val="it-IT"/>
        </w:rPr>
        <w:t>’</w:t>
      </w:r>
      <w:r w:rsidRPr="000D2AAB">
        <w:rPr>
          <w:rFonts w:asciiTheme="majorHAnsi" w:hAnsiTheme="majorHAnsi" w:cstheme="majorHAnsi"/>
          <w:lang w:val="it-IT"/>
        </w:rPr>
        <w:t>Informativa privacy sopra riportata.</w:t>
      </w:r>
    </w:p>
    <w:p w14:paraId="2605F884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Consensi facoltativi (spuntare solo se si intende prestare il consenso):</w:t>
      </w:r>
    </w:p>
    <w:permStart w:id="734620750" w:edGrp="everyone"/>
    <w:p w14:paraId="4E1B9800" w14:textId="64C81EB5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sdt>
        <w:sdtPr>
          <w:rPr>
            <w:rFonts w:asciiTheme="majorHAnsi" w:hAnsiTheme="majorHAnsi" w:cstheme="majorHAnsi"/>
            <w:lang w:val="it-IT"/>
          </w:rPr>
          <w:id w:val="870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5A22">
            <w:rPr>
              <w:rFonts w:ascii="MS Gothic" w:eastAsia="MS Gothic" w:hAnsi="MS Gothic" w:cstheme="majorHAnsi" w:hint="eastAsia"/>
              <w:lang w:val="it-IT"/>
            </w:rPr>
            <w:t>☐</w:t>
          </w:r>
        </w:sdtContent>
      </w:sdt>
      <w:r w:rsidR="00765A22" w:rsidRPr="000D2AAB">
        <w:rPr>
          <w:rFonts w:asciiTheme="majorHAnsi" w:hAnsiTheme="majorHAnsi" w:cstheme="majorHAnsi"/>
          <w:lang w:val="it-IT"/>
        </w:rPr>
        <w:t xml:space="preserve"> </w:t>
      </w:r>
      <w:permEnd w:id="734620750"/>
      <w:r w:rsidR="00765A22" w:rsidRPr="000D2AAB">
        <w:rPr>
          <w:rFonts w:asciiTheme="majorHAnsi" w:hAnsiTheme="majorHAnsi" w:cstheme="majorHAnsi"/>
          <w:lang w:val="it-IT"/>
        </w:rPr>
        <w:t>Acconsento a ricevere da Fondazione Giuseppe Roi ETS comunicazioni informative via e-mail/PEC su bandi, iniziative e opportunità coerenti con le finalità istituzionali della Fondazione (newsletter/avvisi non promozionali di terzi).</w:t>
      </w:r>
    </w:p>
    <w:p w14:paraId="13A30CBF" w14:textId="6EA7F686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sdt>
        <w:sdtPr>
          <w:rPr>
            <w:rFonts w:asciiTheme="majorHAnsi" w:hAnsiTheme="majorHAnsi" w:cstheme="majorHAnsi"/>
            <w:lang w:val="it-IT"/>
          </w:rPr>
          <w:id w:val="1411889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199258792" w:edGrp="everyone"/>
          <w:r w:rsidR="00765A22">
            <w:rPr>
              <w:rFonts w:ascii="MS Gothic" w:eastAsia="MS Gothic" w:hAnsi="MS Gothic" w:cstheme="majorHAnsi" w:hint="eastAsia"/>
              <w:lang w:val="it-IT"/>
            </w:rPr>
            <w:t>☐</w:t>
          </w:r>
          <w:permEnd w:id="1199258792"/>
        </w:sdtContent>
      </w:sdt>
      <w:r w:rsidR="00765A22" w:rsidRPr="000D2AAB">
        <w:rPr>
          <w:rFonts w:asciiTheme="majorHAnsi" w:hAnsiTheme="majorHAnsi" w:cstheme="majorHAnsi"/>
          <w:lang w:val="it-IT"/>
        </w:rPr>
        <w:t>Acconsento alla pubblicazione/diffusione, sui canali istituzionali della Fondazione (sito web, newsletter, social, report), di materiali di comunicazione da noi forniti (es. fotografie, locandine, rassegna stampa, link), limitatamente al progetto finanziato e senza finalità commerciali.</w:t>
      </w:r>
    </w:p>
    <w:p w14:paraId="712CBF92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Dichiarazione di manleva e disponibilità diritti sui materiali (obbligatoria se si trasmettono foto/video/materiali protetti):</w:t>
      </w:r>
    </w:p>
    <w:p w14:paraId="5CBE291E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Il sottoscritto dichiara che l’ente beneficiario ha titolo a trasmettere alla Fondazione i materiali allegati (foto/video/testi/grafiche) e che, qualora vi siano persone identificabili, sono state raccolte le necessarie liberatorie/consensi e informati gli interessati. L’ente manleva la Fondazione da pretese di terzi derivanti dall’uso dei materiali nei limiti sopra indicati.</w:t>
      </w:r>
    </w:p>
    <w:p w14:paraId="063C3F17" w14:textId="77777777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>Luogo e data:</w:t>
      </w:r>
      <w:permStart w:id="850809572" w:edGrp="everyone"/>
      <w:r w:rsidRPr="000D2AAB">
        <w:rPr>
          <w:rFonts w:asciiTheme="majorHAnsi" w:hAnsiTheme="majorHAnsi" w:cstheme="majorHAnsi"/>
          <w:lang w:val="it-IT"/>
        </w:rPr>
        <w:t xml:space="preserve"> ______________________</w:t>
      </w:r>
      <w:permEnd w:id="850809572"/>
    </w:p>
    <w:p w14:paraId="504D0B01" w14:textId="72FF9ADC" w:rsidR="00756237" w:rsidRPr="000D2AAB" w:rsidRDefault="00000000" w:rsidP="00E44A31">
      <w:pPr>
        <w:jc w:val="both"/>
        <w:rPr>
          <w:rFonts w:asciiTheme="majorHAnsi" w:hAnsiTheme="majorHAnsi" w:cstheme="majorHAnsi"/>
          <w:lang w:val="it-IT"/>
        </w:rPr>
      </w:pPr>
      <w:r w:rsidRPr="000D2AAB">
        <w:rPr>
          <w:rFonts w:asciiTheme="majorHAnsi" w:hAnsiTheme="majorHAnsi" w:cstheme="majorHAnsi"/>
          <w:lang w:val="it-IT"/>
        </w:rPr>
        <w:t xml:space="preserve">Firma del Legale rappresentante: </w:t>
      </w:r>
      <w:permStart w:id="1772437567" w:edGrp="everyone"/>
      <w:r w:rsidRPr="000D2AAB">
        <w:rPr>
          <w:rFonts w:asciiTheme="majorHAnsi" w:hAnsiTheme="majorHAnsi" w:cstheme="majorHAnsi"/>
          <w:lang w:val="it-IT"/>
        </w:rPr>
        <w:t>________________________________</w:t>
      </w:r>
      <w:permEnd w:id="1772437567"/>
    </w:p>
    <w:sectPr w:rsidR="00756237" w:rsidRPr="000D2AAB" w:rsidSect="004E0695">
      <w:type w:val="continuous"/>
      <w:pgSz w:w="12240" w:h="15840"/>
      <w:pgMar w:top="1134" w:right="1134" w:bottom="1134" w:left="1134" w:header="39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7FBB4" w14:textId="77777777" w:rsidR="0007258C" w:rsidRDefault="0007258C" w:rsidP="00910BB6">
      <w:pPr>
        <w:spacing w:after="0" w:line="240" w:lineRule="auto"/>
      </w:pPr>
      <w:r>
        <w:separator/>
      </w:r>
    </w:p>
  </w:endnote>
  <w:endnote w:type="continuationSeparator" w:id="0">
    <w:p w14:paraId="62A3C36F" w14:textId="77777777" w:rsidR="0007258C" w:rsidRDefault="0007258C" w:rsidP="00910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AD249" w14:textId="33AAD266" w:rsidR="0059534A" w:rsidRDefault="0059534A" w:rsidP="0059534A">
    <w:pPr>
      <w:pStyle w:val="Pidipagina"/>
      <w:tabs>
        <w:tab w:val="center" w:pos="4819"/>
      </w:tabs>
      <w:suppressAutoHyphens/>
      <w:jc w:val="right"/>
      <w:textAlignment w:val="baseli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A2F1FB" wp14:editId="2FBEE0F5">
          <wp:simplePos x="0" y="0"/>
          <wp:positionH relativeFrom="column">
            <wp:posOffset>2581910</wp:posOffset>
          </wp:positionH>
          <wp:positionV relativeFrom="paragraph">
            <wp:posOffset>-409575</wp:posOffset>
          </wp:positionV>
          <wp:extent cx="1295400" cy="901065"/>
          <wp:effectExtent l="0" t="0" r="0" b="0"/>
          <wp:wrapNone/>
          <wp:docPr id="106233711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013468" name="Immagine 14650134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5400" cy="901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>
      <w:tab/>
    </w:r>
    <w:sdt>
      <w:sdtPr>
        <w:id w:val="-1769616900"/>
        <w:docPartObj>
          <w:docPartGallery w:val="Page Numbers (Top of Page)"/>
          <w:docPartUnique/>
        </w:docPartObj>
      </w:sdtPr>
      <w:sdtContent>
        <w:r w:rsidRPr="00470D62">
          <w:rPr>
            <w:rFonts w:ascii="Aptos" w:hAnsi="Aptos"/>
            <w:sz w:val="20"/>
          </w:rPr>
          <w:t xml:space="preserve">Pag. </w:t>
        </w:r>
        <w:r w:rsidRPr="00470D62">
          <w:rPr>
            <w:rFonts w:ascii="Aptos" w:hAnsi="Aptos"/>
            <w:b/>
            <w:bCs/>
            <w:sz w:val="20"/>
          </w:rPr>
          <w:fldChar w:fldCharType="begin"/>
        </w:r>
        <w:r w:rsidRPr="00470D62">
          <w:rPr>
            <w:rFonts w:ascii="Aptos" w:hAnsi="Aptos"/>
            <w:b/>
            <w:bCs/>
            <w:sz w:val="20"/>
          </w:rPr>
          <w:instrText>PAGE</w:instrText>
        </w:r>
        <w:r w:rsidRPr="00470D62">
          <w:rPr>
            <w:rFonts w:ascii="Aptos" w:hAnsi="Aptos"/>
            <w:b/>
            <w:bCs/>
            <w:sz w:val="20"/>
          </w:rPr>
          <w:fldChar w:fldCharType="separate"/>
        </w:r>
        <w:r>
          <w:rPr>
            <w:rFonts w:ascii="Aptos" w:hAnsi="Aptos"/>
            <w:b/>
            <w:bCs/>
            <w:sz w:val="20"/>
          </w:rPr>
          <w:t>1</w:t>
        </w:r>
        <w:r w:rsidRPr="00470D62">
          <w:rPr>
            <w:rFonts w:ascii="Aptos" w:hAnsi="Aptos"/>
            <w:b/>
            <w:bCs/>
            <w:sz w:val="20"/>
          </w:rPr>
          <w:fldChar w:fldCharType="end"/>
        </w:r>
        <w:r w:rsidRPr="00470D62">
          <w:rPr>
            <w:rFonts w:ascii="Aptos" w:hAnsi="Aptos"/>
            <w:sz w:val="20"/>
          </w:rPr>
          <w:t xml:space="preserve"> </w:t>
        </w:r>
        <w:r>
          <w:rPr>
            <w:rFonts w:ascii="Aptos" w:hAnsi="Aptos"/>
            <w:sz w:val="20"/>
          </w:rPr>
          <w:t>di</w:t>
        </w:r>
        <w:r w:rsidRPr="00470D62">
          <w:rPr>
            <w:rFonts w:ascii="Aptos" w:hAnsi="Aptos"/>
            <w:sz w:val="20"/>
          </w:rPr>
          <w:t xml:space="preserve"> </w:t>
        </w:r>
        <w:r w:rsidRPr="00470D62">
          <w:rPr>
            <w:rFonts w:ascii="Aptos" w:hAnsi="Aptos"/>
            <w:b/>
            <w:bCs/>
            <w:sz w:val="20"/>
          </w:rPr>
          <w:fldChar w:fldCharType="begin"/>
        </w:r>
        <w:r w:rsidRPr="00470D62">
          <w:rPr>
            <w:rFonts w:ascii="Aptos" w:hAnsi="Aptos"/>
            <w:b/>
            <w:bCs/>
            <w:sz w:val="20"/>
          </w:rPr>
          <w:instrText>NUMPAGES</w:instrText>
        </w:r>
        <w:r w:rsidRPr="00470D62">
          <w:rPr>
            <w:rFonts w:ascii="Aptos" w:hAnsi="Aptos"/>
            <w:b/>
            <w:bCs/>
            <w:sz w:val="20"/>
          </w:rPr>
          <w:fldChar w:fldCharType="separate"/>
        </w:r>
        <w:r>
          <w:rPr>
            <w:rFonts w:ascii="Aptos" w:hAnsi="Aptos"/>
            <w:b/>
            <w:bCs/>
            <w:sz w:val="20"/>
          </w:rPr>
          <w:t>7</w:t>
        </w:r>
        <w:r w:rsidRPr="00470D62">
          <w:rPr>
            <w:rFonts w:ascii="Aptos" w:hAnsi="Aptos"/>
            <w:b/>
            <w:bCs/>
            <w:sz w:val="20"/>
          </w:rPr>
          <w:fldChar w:fldCharType="end"/>
        </w:r>
      </w:sdtContent>
    </w:sdt>
  </w:p>
  <w:p w14:paraId="2CBAFB9E" w14:textId="4D01F5B6" w:rsidR="00910BB6" w:rsidRPr="00910BB6" w:rsidRDefault="00910BB6" w:rsidP="0059534A">
    <w:pPr>
      <w:pStyle w:val="Pidipagina"/>
      <w:tabs>
        <w:tab w:val="center" w:pos="4986"/>
        <w:tab w:val="right" w:pos="99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212E2" w14:textId="77777777" w:rsidR="0007258C" w:rsidRDefault="0007258C" w:rsidP="00910BB6">
      <w:pPr>
        <w:spacing w:after="0" w:line="240" w:lineRule="auto"/>
      </w:pPr>
      <w:r>
        <w:separator/>
      </w:r>
    </w:p>
  </w:footnote>
  <w:footnote w:type="continuationSeparator" w:id="0">
    <w:p w14:paraId="45C564BD" w14:textId="77777777" w:rsidR="0007258C" w:rsidRDefault="0007258C" w:rsidP="00910B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1252052">
    <w:abstractNumId w:val="8"/>
  </w:num>
  <w:num w:numId="2" w16cid:durableId="1594896015">
    <w:abstractNumId w:val="6"/>
  </w:num>
  <w:num w:numId="3" w16cid:durableId="1618636420">
    <w:abstractNumId w:val="5"/>
  </w:num>
  <w:num w:numId="4" w16cid:durableId="1530604296">
    <w:abstractNumId w:val="4"/>
  </w:num>
  <w:num w:numId="5" w16cid:durableId="547688930">
    <w:abstractNumId w:val="7"/>
  </w:num>
  <w:num w:numId="6" w16cid:durableId="279147450">
    <w:abstractNumId w:val="3"/>
  </w:num>
  <w:num w:numId="7" w16cid:durableId="618146921">
    <w:abstractNumId w:val="2"/>
  </w:num>
  <w:num w:numId="8" w16cid:durableId="796070233">
    <w:abstractNumId w:val="1"/>
  </w:num>
  <w:num w:numId="9" w16cid:durableId="1431970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03Kdb1fhtgdnjMwS5T3n+7kkEaw/58AQZa/ShaCSXRRDF0K6FnZ+37pXJaT+RnYJ2tzIm7f+YkvUV5o8g/r7Hw==" w:salt="81hiyzMJxSY7uBApJ4Ziog==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956"/>
    <w:rsid w:val="00034616"/>
    <w:rsid w:val="0006063C"/>
    <w:rsid w:val="0007258C"/>
    <w:rsid w:val="000B63E0"/>
    <w:rsid w:val="000D2AAB"/>
    <w:rsid w:val="000F31D2"/>
    <w:rsid w:val="000F580E"/>
    <w:rsid w:val="00127549"/>
    <w:rsid w:val="00130D65"/>
    <w:rsid w:val="00143AD0"/>
    <w:rsid w:val="0015074B"/>
    <w:rsid w:val="00185AB7"/>
    <w:rsid w:val="001E3E9F"/>
    <w:rsid w:val="0029639D"/>
    <w:rsid w:val="002D1DB3"/>
    <w:rsid w:val="00325D8B"/>
    <w:rsid w:val="00326F90"/>
    <w:rsid w:val="003312A6"/>
    <w:rsid w:val="00374C78"/>
    <w:rsid w:val="003A42F2"/>
    <w:rsid w:val="003B0923"/>
    <w:rsid w:val="003B6EEC"/>
    <w:rsid w:val="003E30A9"/>
    <w:rsid w:val="00442307"/>
    <w:rsid w:val="004A6CC9"/>
    <w:rsid w:val="004E0695"/>
    <w:rsid w:val="0059534A"/>
    <w:rsid w:val="005A13F3"/>
    <w:rsid w:val="005B5CCD"/>
    <w:rsid w:val="005E570E"/>
    <w:rsid w:val="00615496"/>
    <w:rsid w:val="00625DF3"/>
    <w:rsid w:val="006622FE"/>
    <w:rsid w:val="00756237"/>
    <w:rsid w:val="00761F7B"/>
    <w:rsid w:val="00765A22"/>
    <w:rsid w:val="00772AFD"/>
    <w:rsid w:val="007C3C74"/>
    <w:rsid w:val="008A6BD9"/>
    <w:rsid w:val="008F1D9E"/>
    <w:rsid w:val="009000B2"/>
    <w:rsid w:val="00910BB6"/>
    <w:rsid w:val="009A5583"/>
    <w:rsid w:val="009B0F0D"/>
    <w:rsid w:val="009B4521"/>
    <w:rsid w:val="009D7FD3"/>
    <w:rsid w:val="00A3632B"/>
    <w:rsid w:val="00A812B9"/>
    <w:rsid w:val="00AA1D8D"/>
    <w:rsid w:val="00B47730"/>
    <w:rsid w:val="00C15074"/>
    <w:rsid w:val="00C93711"/>
    <w:rsid w:val="00CB0664"/>
    <w:rsid w:val="00CD1740"/>
    <w:rsid w:val="00D34961"/>
    <w:rsid w:val="00D7017F"/>
    <w:rsid w:val="00D81B28"/>
    <w:rsid w:val="00E44A31"/>
    <w:rsid w:val="00EF3FA6"/>
    <w:rsid w:val="00F64D6C"/>
    <w:rsid w:val="00FC693F"/>
    <w:rsid w:val="00FE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1E9D5E"/>
  <w14:defaultImageDpi w14:val="300"/>
  <w15:docId w15:val="{39CE1CF2-AF4B-4223-8EA9-F7D519BF5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idipaginaCarattere2">
    <w:name w:val="Piè di pagina Carattere2"/>
    <w:basedOn w:val="Carpredefinitoparagrafo"/>
    <w:uiPriority w:val="99"/>
    <w:semiHidden/>
    <w:qFormat/>
    <w:rsid w:val="0059534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1951</Words>
  <Characters>11124</Characters>
  <Application>Microsoft Office Word</Application>
  <DocSecurity>8</DocSecurity>
  <Lines>92</Lines>
  <Paragraphs>26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Daniele DALLA COSTA｜Fondazione Giuseppe Roi</cp:lastModifiedBy>
  <cp:revision>21</cp:revision>
  <cp:lastPrinted>2026-04-16T15:16:00Z</cp:lastPrinted>
  <dcterms:created xsi:type="dcterms:W3CDTF">2026-04-16T14:03:00Z</dcterms:created>
  <dcterms:modified xsi:type="dcterms:W3CDTF">2026-04-30T10:50:00Z</dcterms:modified>
  <cp:category/>
</cp:coreProperties>
</file>